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0AF97F" w14:textId="2B8645D5" w:rsidR="00B11A24" w:rsidRPr="00142492" w:rsidRDefault="00000000" w:rsidP="00142492">
      <w:pPr>
        <w:spacing w:line="480" w:lineRule="auto"/>
        <w:jc w:val="center"/>
        <w:rPr>
          <w:rFonts w:ascii="Times New Roman" w:hAnsi="Times New Roman" w:cs="Times New Roman"/>
          <w:b/>
          <w:bCs/>
          <w:sz w:val="24"/>
          <w:szCs w:val="24"/>
        </w:rPr>
      </w:pPr>
      <w:r w:rsidRPr="00142492">
        <w:rPr>
          <w:rFonts w:ascii="Times New Roman" w:hAnsi="Times New Roman" w:cs="Times New Roman"/>
          <w:b/>
          <w:bCs/>
          <w:sz w:val="24"/>
          <w:szCs w:val="24"/>
        </w:rPr>
        <w:t>Wonder of Scripture</w:t>
      </w:r>
      <w:r w:rsidR="00142492" w:rsidRPr="00142492">
        <w:rPr>
          <w:rFonts w:ascii="Times New Roman" w:hAnsi="Times New Roman" w:cs="Times New Roman"/>
          <w:b/>
          <w:bCs/>
          <w:sz w:val="24"/>
          <w:szCs w:val="24"/>
        </w:rPr>
        <w:t xml:space="preserve">: </w:t>
      </w:r>
      <w:r w:rsidRPr="00142492">
        <w:rPr>
          <w:rFonts w:ascii="Times New Roman" w:hAnsi="Times New Roman" w:cs="Times New Roman"/>
          <w:b/>
          <w:bCs/>
          <w:sz w:val="24"/>
          <w:szCs w:val="24"/>
        </w:rPr>
        <w:t>Philip Barlo</w:t>
      </w:r>
      <w:r w:rsidR="00142492" w:rsidRPr="00142492">
        <w:rPr>
          <w:rFonts w:ascii="Times New Roman" w:hAnsi="Times New Roman" w:cs="Times New Roman"/>
          <w:b/>
          <w:bCs/>
          <w:sz w:val="24"/>
          <w:szCs w:val="24"/>
        </w:rPr>
        <w:t>w</w:t>
      </w:r>
    </w:p>
    <w:p w14:paraId="7BCA1E63" w14:textId="77777777" w:rsidR="00B637A3"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 xml:space="preserve">Steve, thanks, friends. I'm so glad to be with you today. Thanks for friendship with </w:t>
      </w:r>
      <w:r w:rsidR="008D6F80" w:rsidRPr="00142492">
        <w:rPr>
          <w:rFonts w:ascii="Times New Roman" w:hAnsi="Times New Roman" w:cs="Times New Roman"/>
          <w:sz w:val="24"/>
          <w:szCs w:val="24"/>
        </w:rPr>
        <w:t>Terryl</w:t>
      </w:r>
      <w:r w:rsidRPr="00142492">
        <w:rPr>
          <w:rFonts w:ascii="Times New Roman" w:hAnsi="Times New Roman" w:cs="Times New Roman"/>
          <w:sz w:val="24"/>
          <w:szCs w:val="24"/>
        </w:rPr>
        <w:t xml:space="preserve"> and his words, and thankful to the Maxwell Institute for initiating this series, </w:t>
      </w:r>
      <w:r w:rsidR="00B637A3" w:rsidRPr="00142492">
        <w:rPr>
          <w:rFonts w:ascii="Times New Roman" w:hAnsi="Times New Roman" w:cs="Times New Roman"/>
          <w:sz w:val="24"/>
          <w:szCs w:val="24"/>
        </w:rPr>
        <w:t>T</w:t>
      </w:r>
      <w:r w:rsidRPr="00142492">
        <w:rPr>
          <w:rFonts w:ascii="Times New Roman" w:hAnsi="Times New Roman" w:cs="Times New Roman"/>
          <w:sz w:val="24"/>
          <w:szCs w:val="24"/>
        </w:rPr>
        <w:t xml:space="preserve">he </w:t>
      </w:r>
      <w:r w:rsidR="00B637A3" w:rsidRPr="00142492">
        <w:rPr>
          <w:rFonts w:ascii="Times New Roman" w:hAnsi="Times New Roman" w:cs="Times New Roman"/>
          <w:sz w:val="24"/>
          <w:szCs w:val="24"/>
        </w:rPr>
        <w:t>W</w:t>
      </w:r>
      <w:r w:rsidRPr="00142492">
        <w:rPr>
          <w:rFonts w:ascii="Times New Roman" w:hAnsi="Times New Roman" w:cs="Times New Roman"/>
          <w:sz w:val="24"/>
          <w:szCs w:val="24"/>
        </w:rPr>
        <w:t>onder of Scripture. I wish you could</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come visit where I work.</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Make it a point if you're tempted to stop by the Maxwell, where</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thoughtful, entirely devoted people bring their entire resources together, and don't avoid</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problems, but work through them faithfully. They don't even avoid injustice or other problems when they see them, but act with grace. It feels like intellectual, spiritual Zion there, come visit.</w:t>
      </w:r>
    </w:p>
    <w:p w14:paraId="23E4B310" w14:textId="77777777" w:rsidR="00B637A3" w:rsidRPr="00142492" w:rsidRDefault="008D6F8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 xml:space="preserve">When my friend Ravi Gupta, an internationally regarded scholar of Hinduism, was invited to come down and give this lecture last semester, he said to me, “I love the title.” I don't even know, Kristian, who invented the title? Was it Kim or you or JB? JB? Just joking. JB, invented </w:t>
      </w:r>
      <w:r w:rsidR="00B637A3" w:rsidRPr="00142492">
        <w:rPr>
          <w:rFonts w:ascii="Times New Roman" w:hAnsi="Times New Roman" w:cs="Times New Roman"/>
          <w:sz w:val="24"/>
          <w:szCs w:val="24"/>
        </w:rPr>
        <w:t>T</w:t>
      </w:r>
      <w:r w:rsidRPr="00142492">
        <w:rPr>
          <w:rFonts w:ascii="Times New Roman" w:hAnsi="Times New Roman" w:cs="Times New Roman"/>
          <w:sz w:val="24"/>
          <w:szCs w:val="24"/>
        </w:rPr>
        <w:t xml:space="preserve">he </w:t>
      </w:r>
      <w:r w:rsidR="00B637A3" w:rsidRPr="00142492">
        <w:rPr>
          <w:rFonts w:ascii="Times New Roman" w:hAnsi="Times New Roman" w:cs="Times New Roman"/>
          <w:sz w:val="24"/>
          <w:szCs w:val="24"/>
        </w:rPr>
        <w:t>W</w:t>
      </w:r>
      <w:r w:rsidRPr="00142492">
        <w:rPr>
          <w:rFonts w:ascii="Times New Roman" w:hAnsi="Times New Roman" w:cs="Times New Roman"/>
          <w:sz w:val="24"/>
          <w:szCs w:val="24"/>
        </w:rPr>
        <w:t xml:space="preserve">onder of Scripture, and it is a delightful title, and Ravi said, “I'd be so glad to come down there and meditate on the title”. We think of </w:t>
      </w:r>
      <w:r w:rsidR="00B637A3" w:rsidRPr="00142492">
        <w:rPr>
          <w:rFonts w:ascii="Times New Roman" w:hAnsi="Times New Roman" w:cs="Times New Roman"/>
          <w:sz w:val="24"/>
          <w:szCs w:val="24"/>
        </w:rPr>
        <w:t>T</w:t>
      </w:r>
      <w:r w:rsidRPr="00142492">
        <w:rPr>
          <w:rFonts w:ascii="Times New Roman" w:hAnsi="Times New Roman" w:cs="Times New Roman"/>
          <w:sz w:val="24"/>
          <w:szCs w:val="24"/>
        </w:rPr>
        <w:t xml:space="preserve">he </w:t>
      </w:r>
      <w:r w:rsidR="00B637A3" w:rsidRPr="00142492">
        <w:rPr>
          <w:rFonts w:ascii="Times New Roman" w:hAnsi="Times New Roman" w:cs="Times New Roman"/>
          <w:sz w:val="24"/>
          <w:szCs w:val="24"/>
        </w:rPr>
        <w:t>W</w:t>
      </w:r>
      <w:r w:rsidRPr="00142492">
        <w:rPr>
          <w:rFonts w:ascii="Times New Roman" w:hAnsi="Times New Roman" w:cs="Times New Roman"/>
          <w:sz w:val="24"/>
          <w:szCs w:val="24"/>
        </w:rPr>
        <w:t>onder of Scripture variously, so JB had a fertile phrase, and it's given me a little thought within scripture, it sometimes be tokens of curiosity, and other times astonishment or awe, or just refers to miracles as in signs and wonders. Or we can find wonder provoked by scripture, its character, its oddities as we may see them, its puzzles, or transcendent themes, such as the reorienting language of the Sermon on the Mount, or the portrayal of a Messiah capable of talking about forgiveness while impaled on his instrument of torture. Or we may find, as I have in this series earlier this semester and last semester, wonder at some thoughtful scholar or another unpacking and illuminating a single passage in such a way that Oz turns emerald instead of black and white. I've lived and been familiar with the passage for a long time, and all of a sudden it is radiant</w:t>
      </w:r>
      <w:r w:rsidR="00B637A3" w:rsidRPr="00142492">
        <w:rPr>
          <w:rFonts w:ascii="Times New Roman" w:hAnsi="Times New Roman" w:cs="Times New Roman"/>
          <w:sz w:val="24"/>
          <w:szCs w:val="24"/>
        </w:rPr>
        <w:t>. T</w:t>
      </w:r>
      <w:r w:rsidRPr="00142492">
        <w:rPr>
          <w:rFonts w:ascii="Times New Roman" w:hAnsi="Times New Roman" w:cs="Times New Roman"/>
          <w:sz w:val="24"/>
          <w:szCs w:val="24"/>
        </w:rPr>
        <w:t>his morning, though, I'd like to talk about a different kind of wonder, namely, that there are gospel principles that pervade the scriptures that remain unseen</w:t>
      </w:r>
      <w:r w:rsidR="00683E9D" w:rsidRPr="00142492">
        <w:rPr>
          <w:rFonts w:ascii="Times New Roman" w:hAnsi="Times New Roman" w:cs="Times New Roman"/>
          <w:sz w:val="24"/>
          <w:szCs w:val="24"/>
        </w:rPr>
        <w:t xml:space="preserve"> A</w:t>
      </w:r>
      <w:r w:rsidRPr="00142492">
        <w:rPr>
          <w:rFonts w:ascii="Times New Roman" w:hAnsi="Times New Roman" w:cs="Times New Roman"/>
          <w:sz w:val="24"/>
          <w:szCs w:val="24"/>
        </w:rPr>
        <w:t>nd unnamed, or remain unseen unnoticed because they're unnamed</w:t>
      </w:r>
      <w:r w:rsidR="00683E9D" w:rsidRPr="00142492">
        <w:rPr>
          <w:rFonts w:ascii="Times New Roman" w:hAnsi="Times New Roman" w:cs="Times New Roman"/>
          <w:sz w:val="24"/>
          <w:szCs w:val="24"/>
        </w:rPr>
        <w:t>. T</w:t>
      </w:r>
      <w:r w:rsidRPr="00142492">
        <w:rPr>
          <w:rFonts w:ascii="Times New Roman" w:hAnsi="Times New Roman" w:cs="Times New Roman"/>
          <w:sz w:val="24"/>
          <w:szCs w:val="24"/>
        </w:rPr>
        <w:t xml:space="preserve">here are phenomena or </w:t>
      </w:r>
      <w:r w:rsidRPr="00142492">
        <w:rPr>
          <w:rFonts w:ascii="Times New Roman" w:hAnsi="Times New Roman" w:cs="Times New Roman"/>
          <w:sz w:val="24"/>
          <w:szCs w:val="24"/>
        </w:rPr>
        <w:lastRenderedPageBreak/>
        <w:t>principles in the world and in the world of Scripture and in our modern gospel, for that matter, that have no name and yet are pervasive</w:t>
      </w:r>
      <w:r w:rsidR="00683E9D" w:rsidRPr="00142492">
        <w:rPr>
          <w:rFonts w:ascii="Times New Roman" w:hAnsi="Times New Roman" w:cs="Times New Roman"/>
          <w:sz w:val="24"/>
          <w:szCs w:val="24"/>
        </w:rPr>
        <w:t>,</w:t>
      </w:r>
      <w:r w:rsidRPr="00142492">
        <w:rPr>
          <w:rFonts w:ascii="Times New Roman" w:hAnsi="Times New Roman" w:cs="Times New Roman"/>
          <w:sz w:val="24"/>
          <w:szCs w:val="24"/>
        </w:rPr>
        <w:t xml:space="preserve"> so we have little way to identify and ponder them</w:t>
      </w:r>
      <w:r w:rsidR="00683E9D" w:rsidRPr="00142492">
        <w:rPr>
          <w:rFonts w:ascii="Times New Roman" w:hAnsi="Times New Roman" w:cs="Times New Roman"/>
          <w:sz w:val="24"/>
          <w:szCs w:val="24"/>
        </w:rPr>
        <w:t>. O</w:t>
      </w:r>
      <w:r w:rsidRPr="00142492">
        <w:rPr>
          <w:rFonts w:ascii="Times New Roman" w:hAnsi="Times New Roman" w:cs="Times New Roman"/>
          <w:sz w:val="24"/>
          <w:szCs w:val="24"/>
        </w:rPr>
        <w:t>ne of these is time</w:t>
      </w:r>
      <w:r w:rsidR="00683E9D" w:rsidRPr="00142492">
        <w:rPr>
          <w:rFonts w:ascii="Times New Roman" w:hAnsi="Times New Roman" w:cs="Times New Roman"/>
          <w:sz w:val="24"/>
          <w:szCs w:val="24"/>
        </w:rPr>
        <w:t>.</w:t>
      </w:r>
    </w:p>
    <w:p w14:paraId="27780686" w14:textId="77777777" w:rsidR="00B637A3"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I used to teach at Hanover College, as Terrell mentioned, a beautiful, little private place</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in southern Indiana. And every freshman at Hanover </w:t>
      </w:r>
      <w:r w:rsidR="00683E9D" w:rsidRPr="00142492">
        <w:rPr>
          <w:rFonts w:ascii="Times New Roman" w:hAnsi="Times New Roman" w:cs="Times New Roman"/>
          <w:sz w:val="24"/>
          <w:szCs w:val="24"/>
        </w:rPr>
        <w:t>C</w:t>
      </w:r>
      <w:r w:rsidRPr="00142492">
        <w:rPr>
          <w:rFonts w:ascii="Times New Roman" w:hAnsi="Times New Roman" w:cs="Times New Roman"/>
          <w:sz w:val="24"/>
          <w:szCs w:val="24"/>
        </w:rPr>
        <w:t>ollege was required to take an introduction to philosophy, and every sophomore was required to take an introduction to theological studies, whether they liked it or not</w:t>
      </w:r>
      <w:r w:rsidR="00683E9D" w:rsidRPr="00142492">
        <w:rPr>
          <w:rFonts w:ascii="Times New Roman" w:hAnsi="Times New Roman" w:cs="Times New Roman"/>
          <w:sz w:val="24"/>
          <w:szCs w:val="24"/>
        </w:rPr>
        <w:t>, a</w:t>
      </w:r>
      <w:r w:rsidRPr="00142492">
        <w:rPr>
          <w:rFonts w:ascii="Times New Roman" w:hAnsi="Times New Roman" w:cs="Times New Roman"/>
          <w:sz w:val="24"/>
          <w:szCs w:val="24"/>
        </w:rPr>
        <w:t>nd some did, and most all did by the time they were through</w:t>
      </w:r>
      <w:r w:rsidR="00683E9D" w:rsidRPr="00142492">
        <w:rPr>
          <w:rFonts w:ascii="Times New Roman" w:hAnsi="Times New Roman" w:cs="Times New Roman"/>
          <w:sz w:val="24"/>
          <w:szCs w:val="24"/>
        </w:rPr>
        <w:t>, b</w:t>
      </w:r>
      <w:r w:rsidRPr="00142492">
        <w:rPr>
          <w:rFonts w:ascii="Times New Roman" w:hAnsi="Times New Roman" w:cs="Times New Roman"/>
          <w:sz w:val="24"/>
          <w:szCs w:val="24"/>
        </w:rPr>
        <w:t>ut not all did up front</w:t>
      </w:r>
      <w:r w:rsidR="00683E9D" w:rsidRPr="00142492">
        <w:rPr>
          <w:rFonts w:ascii="Times New Roman" w:hAnsi="Times New Roman" w:cs="Times New Roman"/>
          <w:sz w:val="24"/>
          <w:szCs w:val="24"/>
        </w:rPr>
        <w:t>. Like</w:t>
      </w:r>
      <w:r w:rsidRPr="00142492">
        <w:rPr>
          <w:rFonts w:ascii="Times New Roman" w:hAnsi="Times New Roman" w:cs="Times New Roman"/>
          <w:sz w:val="24"/>
          <w:szCs w:val="24"/>
        </w:rPr>
        <w:t xml:space="preserve"> my colleagues in the department, I had to find a way to organize an introduction to the study of religion and theology</w:t>
      </w:r>
      <w:r w:rsidR="00683E9D" w:rsidRPr="00142492">
        <w:rPr>
          <w:rFonts w:ascii="Times New Roman" w:hAnsi="Times New Roman" w:cs="Times New Roman"/>
          <w:sz w:val="24"/>
          <w:szCs w:val="24"/>
        </w:rPr>
        <w:t>, s</w:t>
      </w:r>
      <w:r w:rsidRPr="00142492">
        <w:rPr>
          <w:rFonts w:ascii="Times New Roman" w:hAnsi="Times New Roman" w:cs="Times New Roman"/>
          <w:sz w:val="24"/>
          <w:szCs w:val="24"/>
        </w:rPr>
        <w:t xml:space="preserve">o I chose the theme of religion evil and human suffering. </w:t>
      </w:r>
      <w:r w:rsidR="00683E9D" w:rsidRPr="00142492">
        <w:rPr>
          <w:rFonts w:ascii="Times New Roman" w:hAnsi="Times New Roman" w:cs="Times New Roman"/>
          <w:sz w:val="24"/>
          <w:szCs w:val="24"/>
        </w:rPr>
        <w:t>As</w:t>
      </w:r>
      <w:r w:rsidRPr="00142492">
        <w:rPr>
          <w:rFonts w:ascii="Times New Roman" w:hAnsi="Times New Roman" w:cs="Times New Roman"/>
          <w:sz w:val="24"/>
          <w:szCs w:val="24"/>
        </w:rPr>
        <w:t xml:space="preserve"> I worked through that for a few years, it recurred and recurred and recurred to me that many roads in that conversation led to time, so I eventually spun off a course from religion, evil</w:t>
      </w:r>
      <w:r w:rsidR="00683E9D"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human suffering called </w:t>
      </w:r>
      <w:r w:rsidR="00683E9D" w:rsidRPr="00142492">
        <w:rPr>
          <w:rFonts w:ascii="Times New Roman" w:hAnsi="Times New Roman" w:cs="Times New Roman"/>
          <w:i/>
          <w:iCs/>
          <w:sz w:val="24"/>
          <w:szCs w:val="24"/>
        </w:rPr>
        <w:t>R</w:t>
      </w:r>
      <w:r w:rsidRPr="00142492">
        <w:rPr>
          <w:rFonts w:ascii="Times New Roman" w:hAnsi="Times New Roman" w:cs="Times New Roman"/>
          <w:i/>
          <w:iCs/>
          <w:sz w:val="24"/>
          <w:szCs w:val="24"/>
        </w:rPr>
        <w:t xml:space="preserve">eligion and the </w:t>
      </w:r>
      <w:r w:rsidR="00683E9D" w:rsidRPr="00142492">
        <w:rPr>
          <w:rFonts w:ascii="Times New Roman" w:hAnsi="Times New Roman" w:cs="Times New Roman"/>
          <w:i/>
          <w:iCs/>
          <w:sz w:val="24"/>
          <w:szCs w:val="24"/>
        </w:rPr>
        <w:t>C</w:t>
      </w:r>
      <w:r w:rsidRPr="00142492">
        <w:rPr>
          <w:rFonts w:ascii="Times New Roman" w:hAnsi="Times New Roman" w:cs="Times New Roman"/>
          <w:i/>
          <w:iCs/>
          <w:sz w:val="24"/>
          <w:szCs w:val="24"/>
        </w:rPr>
        <w:t xml:space="preserve">oncept of </w:t>
      </w:r>
      <w:r w:rsidR="00683E9D" w:rsidRPr="00142492">
        <w:rPr>
          <w:rFonts w:ascii="Times New Roman" w:hAnsi="Times New Roman" w:cs="Times New Roman"/>
          <w:i/>
          <w:iCs/>
          <w:sz w:val="24"/>
          <w:szCs w:val="24"/>
        </w:rPr>
        <w:t>T</w:t>
      </w:r>
      <w:r w:rsidRPr="00142492">
        <w:rPr>
          <w:rFonts w:ascii="Times New Roman" w:hAnsi="Times New Roman" w:cs="Times New Roman"/>
          <w:i/>
          <w:iCs/>
          <w:sz w:val="24"/>
          <w:szCs w:val="24"/>
        </w:rPr>
        <w:t>ime</w:t>
      </w:r>
      <w:r w:rsidRPr="00142492">
        <w:rPr>
          <w:rFonts w:ascii="Times New Roman" w:hAnsi="Times New Roman" w:cs="Times New Roman"/>
          <w:sz w:val="24"/>
          <w:szCs w:val="24"/>
        </w:rPr>
        <w:t>.</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I am not going to talk this morning, nor </w:t>
      </w:r>
      <w:r w:rsidR="00683E9D" w:rsidRPr="00142492">
        <w:rPr>
          <w:rFonts w:ascii="Times New Roman" w:hAnsi="Times New Roman" w:cs="Times New Roman"/>
          <w:sz w:val="24"/>
          <w:szCs w:val="24"/>
        </w:rPr>
        <w:t>am I a</w:t>
      </w:r>
      <w:r w:rsidRPr="00142492">
        <w:rPr>
          <w:rFonts w:ascii="Times New Roman" w:hAnsi="Times New Roman" w:cs="Times New Roman"/>
          <w:sz w:val="24"/>
          <w:szCs w:val="24"/>
        </w:rPr>
        <w:t>ctually equipped, at a high professional level to talk about esoteric time, technical time, the sort of time that physicists lead us into when we get to</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time space and gravity</w:t>
      </w:r>
      <w:r w:rsidR="00B637A3" w:rsidRPr="00142492">
        <w:rPr>
          <w:rFonts w:ascii="Times New Roman" w:hAnsi="Times New Roman" w:cs="Times New Roman"/>
          <w:sz w:val="24"/>
          <w:szCs w:val="24"/>
        </w:rPr>
        <w:t>,</w:t>
      </w:r>
      <w:r w:rsidRPr="00142492">
        <w:rPr>
          <w:rFonts w:ascii="Times New Roman" w:hAnsi="Times New Roman" w:cs="Times New Roman"/>
          <w:sz w:val="24"/>
          <w:szCs w:val="24"/>
        </w:rPr>
        <w:t xml:space="preserve"> bending time space like a bowling ball put on a mattress, and I'm not entirely equipped to go after that, at least not to be your teacher</w:t>
      </w:r>
      <w:r w:rsidR="00683E9D" w:rsidRPr="00142492">
        <w:rPr>
          <w:rFonts w:ascii="Times New Roman" w:hAnsi="Times New Roman" w:cs="Times New Roman"/>
          <w:sz w:val="24"/>
          <w:szCs w:val="24"/>
        </w:rPr>
        <w:t xml:space="preserve">, </w:t>
      </w:r>
      <w:r w:rsidRPr="00142492">
        <w:rPr>
          <w:rFonts w:ascii="Times New Roman" w:hAnsi="Times New Roman" w:cs="Times New Roman"/>
          <w:sz w:val="24"/>
          <w:szCs w:val="24"/>
        </w:rPr>
        <w:t>I'd be your fellow student on the subject.</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But I'm thinking about </w:t>
      </w:r>
      <w:r w:rsidR="00B637A3" w:rsidRPr="00142492">
        <w:rPr>
          <w:rFonts w:ascii="Times New Roman" w:hAnsi="Times New Roman" w:cs="Times New Roman"/>
          <w:sz w:val="24"/>
          <w:szCs w:val="24"/>
        </w:rPr>
        <w:t xml:space="preserve">time through– I’m thinking about </w:t>
      </w:r>
      <w:r w:rsidRPr="00142492">
        <w:rPr>
          <w:rFonts w:ascii="Times New Roman" w:hAnsi="Times New Roman" w:cs="Times New Roman"/>
          <w:sz w:val="24"/>
          <w:szCs w:val="24"/>
        </w:rPr>
        <w:t>discipleship</w:t>
      </w:r>
      <w:r w:rsidR="00683E9D" w:rsidRPr="00142492">
        <w:rPr>
          <w:rFonts w:ascii="Times New Roman" w:hAnsi="Times New Roman" w:cs="Times New Roman"/>
          <w:sz w:val="24"/>
          <w:szCs w:val="24"/>
        </w:rPr>
        <w:t xml:space="preserve">, </w:t>
      </w:r>
      <w:r w:rsidRPr="00142492">
        <w:rPr>
          <w:rFonts w:ascii="Times New Roman" w:hAnsi="Times New Roman" w:cs="Times New Roman"/>
          <w:sz w:val="24"/>
          <w:szCs w:val="24"/>
        </w:rPr>
        <w:t>I want to talk this morning</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as a disciple and the little book the Maxwell Institute's themes in the </w:t>
      </w:r>
      <w:r w:rsidR="00683E9D" w:rsidRPr="00142492">
        <w:rPr>
          <w:rFonts w:ascii="Times New Roman" w:hAnsi="Times New Roman" w:cs="Times New Roman"/>
          <w:sz w:val="24"/>
          <w:szCs w:val="24"/>
        </w:rPr>
        <w:t>D</w:t>
      </w:r>
      <w:r w:rsidRPr="00142492">
        <w:rPr>
          <w:rFonts w:ascii="Times New Roman" w:hAnsi="Times New Roman" w:cs="Times New Roman"/>
          <w:sz w:val="24"/>
          <w:szCs w:val="24"/>
        </w:rPr>
        <w:t xml:space="preserve">octrine </w:t>
      </w:r>
      <w:r w:rsidR="00683E9D" w:rsidRPr="00142492">
        <w:rPr>
          <w:rFonts w:ascii="Times New Roman" w:hAnsi="Times New Roman" w:cs="Times New Roman"/>
          <w:sz w:val="24"/>
          <w:szCs w:val="24"/>
        </w:rPr>
        <w:t>C</w:t>
      </w:r>
      <w:r w:rsidRPr="00142492">
        <w:rPr>
          <w:rFonts w:ascii="Times New Roman" w:hAnsi="Times New Roman" w:cs="Times New Roman"/>
          <w:sz w:val="24"/>
          <w:szCs w:val="24"/>
        </w:rPr>
        <w:t>ovenant</w:t>
      </w:r>
      <w:r w:rsidR="00683E9D" w:rsidRPr="00142492">
        <w:rPr>
          <w:rFonts w:ascii="Times New Roman" w:hAnsi="Times New Roman" w:cs="Times New Roman"/>
          <w:sz w:val="24"/>
          <w:szCs w:val="24"/>
        </w:rPr>
        <w:t xml:space="preserve"> s</w:t>
      </w:r>
      <w:r w:rsidRPr="00142492">
        <w:rPr>
          <w:rFonts w:ascii="Times New Roman" w:hAnsi="Times New Roman" w:cs="Times New Roman"/>
          <w:sz w:val="24"/>
          <w:szCs w:val="24"/>
        </w:rPr>
        <w:t>eries of which my volume on time is a part, is not a work of philosophy, though it tries to be informed, and it's not a work of physics, though it tries to be informed. It's a work of discipleship through the lens of a consideration of time, and time is strange.</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Have you noticed</w:t>
      </w:r>
      <w:r w:rsidR="00683E9D" w:rsidRPr="00142492">
        <w:rPr>
          <w:rFonts w:ascii="Times New Roman" w:hAnsi="Times New Roman" w:cs="Times New Roman"/>
          <w:sz w:val="24"/>
          <w:szCs w:val="24"/>
        </w:rPr>
        <w:t>?</w:t>
      </w:r>
    </w:p>
    <w:p w14:paraId="40C23F99" w14:textId="59B3E2FA" w:rsidR="00554EEE"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I don't mean the kind of time we were late</w:t>
      </w:r>
      <w:r w:rsidR="00683E9D" w:rsidRPr="00142492">
        <w:rPr>
          <w:rFonts w:ascii="Times New Roman" w:hAnsi="Times New Roman" w:cs="Times New Roman"/>
          <w:sz w:val="24"/>
          <w:szCs w:val="24"/>
        </w:rPr>
        <w:t>,</w:t>
      </w:r>
      <w:r w:rsidRPr="00142492">
        <w:rPr>
          <w:rFonts w:ascii="Times New Roman" w:hAnsi="Times New Roman" w:cs="Times New Roman"/>
          <w:sz w:val="24"/>
          <w:szCs w:val="24"/>
        </w:rPr>
        <w:t xml:space="preserve"> I don't </w:t>
      </w:r>
      <w:r w:rsidR="00683E9D" w:rsidRPr="00142492">
        <w:rPr>
          <w:rFonts w:ascii="Times New Roman" w:hAnsi="Times New Roman" w:cs="Times New Roman"/>
          <w:sz w:val="24"/>
          <w:szCs w:val="24"/>
        </w:rPr>
        <w:t>mean</w:t>
      </w:r>
      <w:r w:rsidRPr="00142492">
        <w:rPr>
          <w:rFonts w:ascii="Times New Roman" w:hAnsi="Times New Roman" w:cs="Times New Roman"/>
          <w:sz w:val="24"/>
          <w:szCs w:val="24"/>
        </w:rPr>
        <w:t xml:space="preserve"> remembering or forgetting your grandmother's birthday.</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I mean time with a capital T, a concept that one might study like one can study chemistry or physics, a phenomenon, a mystery, a thing.</w:t>
      </w:r>
      <w:r w:rsidR="00B637A3" w:rsidRPr="00142492">
        <w:rPr>
          <w:rFonts w:ascii="Times New Roman" w:hAnsi="Times New Roman" w:cs="Times New Roman"/>
          <w:sz w:val="24"/>
          <w:szCs w:val="24"/>
        </w:rPr>
        <w:t xml:space="preserve"> </w:t>
      </w:r>
      <w:r w:rsidRPr="00142492">
        <w:rPr>
          <w:rFonts w:ascii="Times New Roman" w:hAnsi="Times New Roman" w:cs="Times New Roman"/>
          <w:sz w:val="24"/>
          <w:szCs w:val="24"/>
        </w:rPr>
        <w:t>It's strange, and Nephi</w:t>
      </w:r>
      <w:r w:rsidR="00683E9D" w:rsidRPr="00142492">
        <w:rPr>
          <w:rFonts w:ascii="Times New Roman" w:hAnsi="Times New Roman" w:cs="Times New Roman"/>
          <w:sz w:val="24"/>
          <w:szCs w:val="24"/>
        </w:rPr>
        <w:t>’s</w:t>
      </w:r>
      <w:r w:rsidRPr="00142492">
        <w:rPr>
          <w:rFonts w:ascii="Times New Roman" w:hAnsi="Times New Roman" w:cs="Times New Roman"/>
          <w:sz w:val="24"/>
          <w:szCs w:val="24"/>
        </w:rPr>
        <w:t xml:space="preserve"> successor, Jacob</w:t>
      </w:r>
      <w:r w:rsidR="00683E9D" w:rsidRPr="00142492">
        <w:rPr>
          <w:rFonts w:ascii="Times New Roman" w:hAnsi="Times New Roman" w:cs="Times New Roman"/>
          <w:sz w:val="24"/>
          <w:szCs w:val="24"/>
        </w:rPr>
        <w:t>,</w:t>
      </w:r>
      <w:r w:rsidRPr="00142492">
        <w:rPr>
          <w:rFonts w:ascii="Times New Roman" w:hAnsi="Times New Roman" w:cs="Times New Roman"/>
          <w:sz w:val="24"/>
          <w:szCs w:val="24"/>
        </w:rPr>
        <w:t xml:space="preserve"> found it so</w:t>
      </w:r>
      <w:r w:rsidR="00683E9D" w:rsidRPr="00142492">
        <w:rPr>
          <w:rFonts w:ascii="Times New Roman" w:hAnsi="Times New Roman" w:cs="Times New Roman"/>
          <w:sz w:val="24"/>
          <w:szCs w:val="24"/>
        </w:rPr>
        <w:t>.</w:t>
      </w:r>
      <w:r w:rsidR="008D6F80" w:rsidRPr="00142492">
        <w:rPr>
          <w:rFonts w:ascii="Times New Roman" w:hAnsi="Times New Roman" w:cs="Times New Roman"/>
          <w:sz w:val="24"/>
          <w:szCs w:val="24"/>
        </w:rPr>
        <w:t xml:space="preserve"> </w:t>
      </w:r>
      <w:r w:rsidR="00683E9D" w:rsidRPr="00142492">
        <w:rPr>
          <w:rFonts w:ascii="Times New Roman" w:hAnsi="Times New Roman" w:cs="Times New Roman"/>
          <w:sz w:val="24"/>
          <w:szCs w:val="24"/>
        </w:rPr>
        <w:t>T</w:t>
      </w:r>
      <w:r w:rsidRPr="00142492">
        <w:rPr>
          <w:rFonts w:ascii="Times New Roman" w:hAnsi="Times New Roman" w:cs="Times New Roman"/>
          <w:sz w:val="24"/>
          <w:szCs w:val="24"/>
        </w:rPr>
        <w:t>owards the end of his short little book, in the Book of Mormon,</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he laments his hard life </w:t>
      </w:r>
      <w:r w:rsidRPr="00142492">
        <w:rPr>
          <w:rFonts w:ascii="Times New Roman" w:hAnsi="Times New Roman" w:cs="Times New Roman"/>
          <w:sz w:val="24"/>
          <w:szCs w:val="24"/>
        </w:rPr>
        <w:lastRenderedPageBreak/>
        <w:t xml:space="preserve">and he's sad and he's old and he's tired, and he ruminates, </w:t>
      </w:r>
      <w:r w:rsidR="00683E9D" w:rsidRPr="00142492">
        <w:rPr>
          <w:rFonts w:ascii="Times New Roman" w:hAnsi="Times New Roman" w:cs="Times New Roman"/>
          <w:sz w:val="24"/>
          <w:szCs w:val="24"/>
        </w:rPr>
        <w:t>‘</w:t>
      </w:r>
      <w:r w:rsidRPr="00142492">
        <w:rPr>
          <w:rFonts w:ascii="Times New Roman" w:hAnsi="Times New Roman" w:cs="Times New Roman"/>
          <w:sz w:val="24"/>
          <w:szCs w:val="24"/>
        </w:rPr>
        <w:t>I was born in the wilderness</w:t>
      </w:r>
      <w:r w:rsidR="00683E9D" w:rsidRPr="00142492">
        <w:rPr>
          <w:rFonts w:ascii="Times New Roman" w:hAnsi="Times New Roman" w:cs="Times New Roman"/>
          <w:sz w:val="24"/>
          <w:szCs w:val="24"/>
        </w:rPr>
        <w:t>, i</w:t>
      </w:r>
      <w:r w:rsidRPr="00142492">
        <w:rPr>
          <w:rFonts w:ascii="Times New Roman" w:hAnsi="Times New Roman" w:cs="Times New Roman"/>
          <w:sz w:val="24"/>
          <w:szCs w:val="24"/>
        </w:rPr>
        <w:t>t hasn't been easy, and our brethren seek our lives</w:t>
      </w:r>
      <w:r w:rsidR="00B637A3"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He was part of a persecuted people, and felt oppressed and weary, </w:t>
      </w:r>
      <w:r w:rsidR="00554EEE" w:rsidRPr="00142492">
        <w:rPr>
          <w:rFonts w:ascii="Times New Roman" w:hAnsi="Times New Roman" w:cs="Times New Roman"/>
          <w:sz w:val="24"/>
          <w:szCs w:val="24"/>
        </w:rPr>
        <w:t>“A</w:t>
      </w:r>
      <w:r w:rsidRPr="00142492">
        <w:rPr>
          <w:rFonts w:ascii="Times New Roman" w:hAnsi="Times New Roman" w:cs="Times New Roman"/>
          <w:sz w:val="24"/>
          <w:szCs w:val="24"/>
        </w:rPr>
        <w:t>nd so I end this record</w:t>
      </w:r>
      <w:r w:rsidR="00554EEE" w:rsidRPr="00142492">
        <w:rPr>
          <w:rFonts w:ascii="Times New Roman" w:hAnsi="Times New Roman" w:cs="Times New Roman"/>
          <w:sz w:val="24"/>
          <w:szCs w:val="24"/>
        </w:rPr>
        <w:t>,”</w:t>
      </w:r>
      <w:r w:rsidRPr="00142492">
        <w:rPr>
          <w:rFonts w:ascii="Times New Roman" w:hAnsi="Times New Roman" w:cs="Times New Roman"/>
          <w:sz w:val="24"/>
          <w:szCs w:val="24"/>
        </w:rPr>
        <w:t xml:space="preserve"> he says</w:t>
      </w:r>
      <w:r w:rsidR="00554EEE" w:rsidRPr="00142492">
        <w:rPr>
          <w:rFonts w:ascii="Times New Roman" w:hAnsi="Times New Roman" w:cs="Times New Roman"/>
          <w:sz w:val="24"/>
          <w:szCs w:val="24"/>
        </w:rPr>
        <w:t>,</w:t>
      </w:r>
      <w:r w:rsidRPr="00142492">
        <w:rPr>
          <w:rFonts w:ascii="Times New Roman" w:hAnsi="Times New Roman" w:cs="Times New Roman"/>
          <w:sz w:val="24"/>
          <w:szCs w:val="24"/>
        </w:rPr>
        <w:t xml:space="preserve"> by saying</w:t>
      </w:r>
      <w:r w:rsidR="00554EEE" w:rsidRPr="00142492">
        <w:rPr>
          <w:rFonts w:ascii="Times New Roman" w:hAnsi="Times New Roman" w:cs="Times New Roman"/>
          <w:sz w:val="24"/>
          <w:szCs w:val="24"/>
        </w:rPr>
        <w:t>,</w:t>
      </w:r>
      <w:r w:rsidR="008D6F80" w:rsidRPr="00142492">
        <w:rPr>
          <w:rFonts w:ascii="Times New Roman" w:hAnsi="Times New Roman" w:cs="Times New Roman"/>
          <w:sz w:val="24"/>
          <w:szCs w:val="24"/>
        </w:rPr>
        <w:t xml:space="preserve"> </w:t>
      </w:r>
      <w:r w:rsidR="00554EEE" w:rsidRPr="00142492">
        <w:rPr>
          <w:rFonts w:ascii="Times New Roman" w:hAnsi="Times New Roman" w:cs="Times New Roman"/>
          <w:sz w:val="24"/>
          <w:szCs w:val="24"/>
        </w:rPr>
        <w:t xml:space="preserve">“And </w:t>
      </w:r>
      <w:r w:rsidRPr="00142492">
        <w:rPr>
          <w:rFonts w:ascii="Times New Roman" w:hAnsi="Times New Roman" w:cs="Times New Roman"/>
          <w:sz w:val="24"/>
          <w:szCs w:val="24"/>
        </w:rPr>
        <w:t>the time passed away, and our lives passed away like unto us as it were a dream</w:t>
      </w:r>
      <w:r w:rsidR="00554EEE" w:rsidRPr="00142492">
        <w:rPr>
          <w:rFonts w:ascii="Times New Roman" w:hAnsi="Times New Roman" w:cs="Times New Roman"/>
          <w:sz w:val="24"/>
          <w:szCs w:val="24"/>
        </w:rPr>
        <w:t>”</w:t>
      </w:r>
      <w:r w:rsidRPr="00142492">
        <w:rPr>
          <w:rFonts w:ascii="Times New Roman" w:hAnsi="Times New Roman" w:cs="Times New Roman"/>
          <w:sz w:val="24"/>
          <w:szCs w:val="24"/>
        </w:rPr>
        <w:t>. I have garbled that little bit as it were unto us, likened to a dream, our lives and the time passed away as though it were a dream. Many of you in the audience are young from my considerably ancient perch. You look very young</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and precocious and brilliant, but young and</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you're not so young,</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but </w:t>
      </w:r>
      <w:r w:rsidR="00554EEE" w:rsidRPr="00142492">
        <w:rPr>
          <w:rFonts w:ascii="Times New Roman" w:hAnsi="Times New Roman" w:cs="Times New Roman"/>
          <w:sz w:val="24"/>
          <w:szCs w:val="24"/>
        </w:rPr>
        <w:t>you would have</w:t>
      </w:r>
      <w:r w:rsidRPr="00142492">
        <w:rPr>
          <w:rFonts w:ascii="Times New Roman" w:hAnsi="Times New Roman" w:cs="Times New Roman"/>
          <w:sz w:val="24"/>
          <w:szCs w:val="24"/>
        </w:rPr>
        <w:t xml:space="preserve"> experienced this that happens around your age, and that is the collapse of time</w:t>
      </w:r>
      <w:r w:rsidR="00554EEE" w:rsidRPr="00142492">
        <w:rPr>
          <w:rFonts w:ascii="Times New Roman" w:hAnsi="Times New Roman" w:cs="Times New Roman"/>
          <w:sz w:val="24"/>
          <w:szCs w:val="24"/>
        </w:rPr>
        <w:t>. Y</w:t>
      </w:r>
      <w:r w:rsidRPr="00142492">
        <w:rPr>
          <w:rFonts w:ascii="Times New Roman" w:hAnsi="Times New Roman" w:cs="Times New Roman"/>
          <w:sz w:val="24"/>
          <w:szCs w:val="24"/>
        </w:rPr>
        <w:t>ou've begun to recognize that which seemed long, not long ago</w:t>
      </w:r>
      <w:r w:rsidR="00554EEE" w:rsidRPr="00142492">
        <w:rPr>
          <w:rFonts w:ascii="Times New Roman" w:hAnsi="Times New Roman" w:cs="Times New Roman"/>
          <w:sz w:val="24"/>
          <w:szCs w:val="24"/>
        </w:rPr>
        <w:t>, n</w:t>
      </w:r>
      <w:r w:rsidRPr="00142492">
        <w:rPr>
          <w:rFonts w:ascii="Times New Roman" w:hAnsi="Times New Roman" w:cs="Times New Roman"/>
          <w:sz w:val="24"/>
          <w:szCs w:val="24"/>
        </w:rPr>
        <w:t xml:space="preserve">ow passes rapidly. Your sense of time has evolved. </w:t>
      </w:r>
    </w:p>
    <w:p w14:paraId="1B903642" w14:textId="635E837E" w:rsidR="00B637A3"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Augustine also found time strange in my night dreams, sometimes I trace genealogies, and I was tracing one the other day, and learned that Terrell Givens is the great</w:t>
      </w:r>
      <w:r w:rsidR="00B637A3" w:rsidRPr="00142492">
        <w:rPr>
          <w:rFonts w:ascii="Times New Roman" w:hAnsi="Times New Roman" w:cs="Times New Roman"/>
          <w:sz w:val="24"/>
          <w:szCs w:val="24"/>
        </w:rPr>
        <w:t>,</w:t>
      </w:r>
      <w:r w:rsidRPr="00142492">
        <w:rPr>
          <w:rFonts w:ascii="Times New Roman" w:hAnsi="Times New Roman" w:cs="Times New Roman"/>
          <w:sz w:val="24"/>
          <w:szCs w:val="24"/>
        </w:rPr>
        <w:t xml:space="preserve"> great</w:t>
      </w:r>
      <w:r w:rsidR="00B637A3" w:rsidRPr="00142492">
        <w:rPr>
          <w:rFonts w:ascii="Times New Roman" w:hAnsi="Times New Roman" w:cs="Times New Roman"/>
          <w:sz w:val="24"/>
          <w:szCs w:val="24"/>
        </w:rPr>
        <w:t>,</w:t>
      </w:r>
      <w:r w:rsidRPr="00142492">
        <w:rPr>
          <w:rFonts w:ascii="Times New Roman" w:hAnsi="Times New Roman" w:cs="Times New Roman"/>
          <w:sz w:val="24"/>
          <w:szCs w:val="24"/>
        </w:rPr>
        <w:t xml:space="preserve"> great</w:t>
      </w:r>
      <w:r w:rsidR="00B637A3" w:rsidRPr="00142492">
        <w:rPr>
          <w:rFonts w:ascii="Times New Roman" w:hAnsi="Times New Roman" w:cs="Times New Roman"/>
          <w:sz w:val="24"/>
          <w:szCs w:val="24"/>
        </w:rPr>
        <w:t>,</w:t>
      </w:r>
      <w:r w:rsidRPr="00142492">
        <w:rPr>
          <w:rFonts w:ascii="Times New Roman" w:hAnsi="Times New Roman" w:cs="Times New Roman"/>
          <w:sz w:val="24"/>
          <w:szCs w:val="24"/>
        </w:rPr>
        <w:t xml:space="preserve"> great</w:t>
      </w:r>
      <w:r w:rsidR="00B637A3" w:rsidRPr="00142492">
        <w:rPr>
          <w:rFonts w:ascii="Times New Roman" w:hAnsi="Times New Roman" w:cs="Times New Roman"/>
          <w:sz w:val="24"/>
          <w:szCs w:val="24"/>
        </w:rPr>
        <w:t>,</w:t>
      </w:r>
      <w:r w:rsidRPr="00142492">
        <w:rPr>
          <w:rFonts w:ascii="Times New Roman" w:hAnsi="Times New Roman" w:cs="Times New Roman"/>
          <w:sz w:val="24"/>
          <w:szCs w:val="24"/>
        </w:rPr>
        <w:t xml:space="preserve"> great</w:t>
      </w:r>
      <w:r w:rsidR="00B637A3" w:rsidRPr="00142492">
        <w:rPr>
          <w:rFonts w:ascii="Times New Roman" w:hAnsi="Times New Roman" w:cs="Times New Roman"/>
          <w:sz w:val="24"/>
          <w:szCs w:val="24"/>
        </w:rPr>
        <w:t>,</w:t>
      </w:r>
      <w:r w:rsidRPr="00142492">
        <w:rPr>
          <w:rFonts w:ascii="Times New Roman" w:hAnsi="Times New Roman" w:cs="Times New Roman"/>
          <w:sz w:val="24"/>
          <w:szCs w:val="24"/>
        </w:rPr>
        <w:t xml:space="preserve"> great</w:t>
      </w:r>
      <w:r w:rsidR="00B637A3"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B637A3" w:rsidRPr="00142492">
        <w:rPr>
          <w:rFonts w:ascii="Times New Roman" w:hAnsi="Times New Roman" w:cs="Times New Roman"/>
          <w:sz w:val="24"/>
          <w:szCs w:val="24"/>
        </w:rPr>
        <w:t>g</w:t>
      </w:r>
      <w:r w:rsidRPr="00142492">
        <w:rPr>
          <w:rFonts w:ascii="Times New Roman" w:hAnsi="Times New Roman" w:cs="Times New Roman"/>
          <w:sz w:val="24"/>
          <w:szCs w:val="24"/>
        </w:rPr>
        <w:t xml:space="preserve">reat </w:t>
      </w:r>
      <w:r w:rsidR="00B637A3" w:rsidRPr="00142492">
        <w:rPr>
          <w:rFonts w:ascii="Times New Roman" w:hAnsi="Times New Roman" w:cs="Times New Roman"/>
          <w:sz w:val="24"/>
          <w:szCs w:val="24"/>
        </w:rPr>
        <w:t>g</w:t>
      </w:r>
      <w:r w:rsidRPr="00142492">
        <w:rPr>
          <w:rFonts w:ascii="Times New Roman" w:hAnsi="Times New Roman" w:cs="Times New Roman"/>
          <w:sz w:val="24"/>
          <w:szCs w:val="24"/>
        </w:rPr>
        <w:t>randson of Augustine.</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Maybe it was a dream.</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Augustine, somewhere around the year 400</w:t>
      </w:r>
      <w:r w:rsidR="008D6F80" w:rsidRPr="00142492">
        <w:rPr>
          <w:rFonts w:ascii="Times New Roman" w:hAnsi="Times New Roman" w:cs="Times New Roman"/>
          <w:sz w:val="24"/>
          <w:szCs w:val="24"/>
        </w:rPr>
        <w:t xml:space="preserve"> </w:t>
      </w:r>
      <w:r w:rsidRPr="00142492">
        <w:rPr>
          <w:rFonts w:ascii="Times New Roman" w:hAnsi="Times New Roman" w:cs="Times New Roman"/>
          <w:sz w:val="24"/>
          <w:szCs w:val="24"/>
        </w:rPr>
        <w:t>had a crisis.</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His crisis included a Time Crisis</w:t>
      </w:r>
      <w:r w:rsidR="00942C53" w:rsidRPr="00142492">
        <w:rPr>
          <w:rFonts w:ascii="Times New Roman" w:hAnsi="Times New Roman" w:cs="Times New Roman"/>
          <w:sz w:val="24"/>
          <w:szCs w:val="24"/>
        </w:rPr>
        <w:t>, a</w:t>
      </w:r>
      <w:r w:rsidRPr="00142492">
        <w:rPr>
          <w:rFonts w:ascii="Times New Roman" w:hAnsi="Times New Roman" w:cs="Times New Roman"/>
          <w:sz w:val="24"/>
          <w:szCs w:val="24"/>
        </w:rPr>
        <w:t xml:space="preserve">nd he noticed, </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I know what time is if no one asked me about it, but if someone asks me about it, I don't know, too hard to explain</w:t>
      </w:r>
      <w:r w:rsidR="00942C53" w:rsidRPr="00142492">
        <w:rPr>
          <w:rFonts w:ascii="Times New Roman" w:hAnsi="Times New Roman" w:cs="Times New Roman"/>
          <w:sz w:val="24"/>
          <w:szCs w:val="24"/>
        </w:rPr>
        <w:t>, a</w:t>
      </w:r>
      <w:r w:rsidRPr="00142492">
        <w:rPr>
          <w:rFonts w:ascii="Times New Roman" w:hAnsi="Times New Roman" w:cs="Times New Roman"/>
          <w:sz w:val="24"/>
          <w:szCs w:val="24"/>
        </w:rPr>
        <w:t>nd als</w:t>
      </w:r>
      <w:r w:rsidR="00B637A3" w:rsidRPr="00142492">
        <w:rPr>
          <w:rFonts w:ascii="Times New Roman" w:hAnsi="Times New Roman" w:cs="Times New Roman"/>
          <w:sz w:val="24"/>
          <w:szCs w:val="24"/>
        </w:rPr>
        <w:t>o –</w:t>
      </w:r>
      <w:r w:rsidRPr="00142492">
        <w:rPr>
          <w:rFonts w:ascii="Times New Roman" w:hAnsi="Times New Roman" w:cs="Times New Roman"/>
          <w:sz w:val="24"/>
          <w:szCs w:val="24"/>
        </w:rPr>
        <w:t>I guess it's related</w:t>
      </w:r>
      <w:r w:rsidR="00B637A3" w:rsidRPr="00142492">
        <w:rPr>
          <w:rFonts w:ascii="Times New Roman" w:hAnsi="Times New Roman" w:cs="Times New Roman"/>
          <w:sz w:val="24"/>
          <w:szCs w:val="24"/>
        </w:rPr>
        <w:t>– b</w:t>
      </w:r>
      <w:r w:rsidRPr="00142492">
        <w:rPr>
          <w:rFonts w:ascii="Times New Roman" w:hAnsi="Times New Roman" w:cs="Times New Roman"/>
          <w:sz w:val="24"/>
          <w:szCs w:val="24"/>
        </w:rPr>
        <w:t>ut what the heck is it?</w:t>
      </w:r>
      <w:r w:rsidR="00942C53" w:rsidRPr="00142492">
        <w:rPr>
          <w:rFonts w:ascii="Times New Roman" w:hAnsi="Times New Roman" w:cs="Times New Roman"/>
          <w:sz w:val="24"/>
          <w:szCs w:val="24"/>
        </w:rPr>
        <w:t>”</w:t>
      </w:r>
    </w:p>
    <w:p w14:paraId="661DC8A2" w14:textId="77777777" w:rsidR="00B637A3" w:rsidRPr="00142492" w:rsidRDefault="00942C53"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“The past doesn't exist,</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except in memory,”</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he reasoned, “and the future doesn't exist except in anticipation. And the present, I guess, exists, but</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by the time you say present and get to the second syllable, the first syllable is already the past, and the present exists, but it doesn't have any duration. It doesn't have any hang-in-there value, any extension. So when am I?”</w:t>
      </w:r>
    </w:p>
    <w:p w14:paraId="4CE21784" w14:textId="3724FC0E" w:rsidR="00942C53"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 xml:space="preserve">And that's the sort of question, except for you philosophy majors </w:t>
      </w:r>
      <w:r w:rsidR="00B637A3" w:rsidRPr="00142492">
        <w:rPr>
          <w:rFonts w:ascii="Times New Roman" w:hAnsi="Times New Roman" w:cs="Times New Roman"/>
          <w:sz w:val="24"/>
          <w:szCs w:val="24"/>
        </w:rPr>
        <w:t>and</w:t>
      </w:r>
      <w:r w:rsidRPr="00142492">
        <w:rPr>
          <w:rFonts w:ascii="Times New Roman" w:hAnsi="Times New Roman" w:cs="Times New Roman"/>
          <w:sz w:val="24"/>
          <w:szCs w:val="24"/>
        </w:rPr>
        <w:t xml:space="preserve"> Latter</w:t>
      </w:r>
      <w:r w:rsidR="00B637A3" w:rsidRPr="00142492">
        <w:rPr>
          <w:rFonts w:ascii="Times New Roman" w:hAnsi="Times New Roman" w:cs="Times New Roman"/>
          <w:sz w:val="24"/>
          <w:szCs w:val="24"/>
        </w:rPr>
        <w:t>-d</w:t>
      </w:r>
      <w:r w:rsidRPr="00142492">
        <w:rPr>
          <w:rFonts w:ascii="Times New Roman" w:hAnsi="Times New Roman" w:cs="Times New Roman"/>
          <w:sz w:val="24"/>
          <w:szCs w:val="24"/>
        </w:rPr>
        <w:t>ay Saints, don't</w:t>
      </w:r>
      <w:r w:rsidR="00554EEE" w:rsidRPr="00142492">
        <w:rPr>
          <w:rFonts w:ascii="Times New Roman" w:hAnsi="Times New Roman" w:cs="Times New Roman"/>
          <w:sz w:val="24"/>
          <w:szCs w:val="24"/>
        </w:rPr>
        <w:t xml:space="preserve"> </w:t>
      </w:r>
      <w:r w:rsidR="00942C53" w:rsidRPr="00142492">
        <w:rPr>
          <w:rFonts w:ascii="Times New Roman" w:hAnsi="Times New Roman" w:cs="Times New Roman"/>
          <w:sz w:val="24"/>
          <w:szCs w:val="24"/>
        </w:rPr>
        <w:t>n</w:t>
      </w:r>
      <w:r w:rsidRPr="00142492">
        <w:rPr>
          <w:rFonts w:ascii="Times New Roman" w:hAnsi="Times New Roman" w:cs="Times New Roman"/>
          <w:sz w:val="24"/>
          <w:szCs w:val="24"/>
        </w:rPr>
        <w:t>ecessarily go after</w:t>
      </w:r>
      <w:r w:rsidR="00B637A3" w:rsidRPr="00142492">
        <w:rPr>
          <w:rFonts w:ascii="Times New Roman" w:hAnsi="Times New Roman" w:cs="Times New Roman"/>
          <w:sz w:val="24"/>
          <w:szCs w:val="24"/>
        </w:rPr>
        <w:t xml:space="preserve"> in</w:t>
      </w:r>
      <w:r w:rsidRPr="00142492">
        <w:rPr>
          <w:rFonts w:ascii="Times New Roman" w:hAnsi="Times New Roman" w:cs="Times New Roman"/>
          <w:sz w:val="24"/>
          <w:szCs w:val="24"/>
        </w:rPr>
        <w:t xml:space="preserve"> droves. But he puzzled, and he puzzled, and out of it came a new genre of writing and thinking, autobiography, </w:t>
      </w:r>
      <w:r w:rsidR="00942C53" w:rsidRPr="00142492">
        <w:rPr>
          <w:rFonts w:ascii="Times New Roman" w:hAnsi="Times New Roman" w:cs="Times New Roman"/>
          <w:sz w:val="24"/>
          <w:szCs w:val="24"/>
        </w:rPr>
        <w:t xml:space="preserve">self-life </w:t>
      </w:r>
      <w:r w:rsidRPr="00142492">
        <w:rPr>
          <w:rFonts w:ascii="Times New Roman" w:hAnsi="Times New Roman" w:cs="Times New Roman"/>
          <w:sz w:val="24"/>
          <w:szCs w:val="24"/>
        </w:rPr>
        <w:t xml:space="preserve">writing. He concluded, </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I don't know where I am, and the present doesn't have any extension time to it, and the past doesn't exist, and the future doesn't exist,</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he had </w:t>
      </w:r>
      <w:r w:rsidRPr="00142492">
        <w:rPr>
          <w:rFonts w:ascii="Times New Roman" w:hAnsi="Times New Roman" w:cs="Times New Roman"/>
          <w:sz w:val="24"/>
          <w:szCs w:val="24"/>
        </w:rPr>
        <w:lastRenderedPageBreak/>
        <w:t xml:space="preserve">to call himself into being. </w:t>
      </w:r>
      <w:r w:rsidR="00942C53" w:rsidRPr="00142492">
        <w:rPr>
          <w:rFonts w:ascii="Times New Roman" w:hAnsi="Times New Roman" w:cs="Times New Roman"/>
          <w:sz w:val="24"/>
          <w:szCs w:val="24"/>
        </w:rPr>
        <w:t>H</w:t>
      </w:r>
      <w:r w:rsidRPr="00142492">
        <w:rPr>
          <w:rFonts w:ascii="Times New Roman" w:hAnsi="Times New Roman" w:cs="Times New Roman"/>
          <w:sz w:val="24"/>
          <w:szCs w:val="24"/>
        </w:rPr>
        <w:t>e wrote the first autobiography</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with any inner reflection, any introspection to it that was really examining what it meant to be a human. He didn't always get everything right.</w:t>
      </w:r>
      <w:r w:rsidR="00554EEE" w:rsidRPr="00142492">
        <w:rPr>
          <w:rFonts w:ascii="Times New Roman" w:hAnsi="Times New Roman" w:cs="Times New Roman"/>
          <w:sz w:val="24"/>
          <w:szCs w:val="24"/>
        </w:rPr>
        <w:t xml:space="preserve"> </w:t>
      </w:r>
    </w:p>
    <w:p w14:paraId="39F698F8" w14:textId="2650AB3C" w:rsidR="00942C53"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Many college students also find time strange and threatening</w:t>
      </w:r>
      <w:r w:rsidR="00942C53" w:rsidRPr="00142492">
        <w:rPr>
          <w:rFonts w:ascii="Times New Roman" w:hAnsi="Times New Roman" w:cs="Times New Roman"/>
          <w:sz w:val="24"/>
          <w:szCs w:val="24"/>
        </w:rPr>
        <w:t>. B</w:t>
      </w:r>
      <w:r w:rsidRPr="00142492">
        <w:rPr>
          <w:rFonts w:ascii="Times New Roman" w:hAnsi="Times New Roman" w:cs="Times New Roman"/>
          <w:sz w:val="24"/>
          <w:szCs w:val="24"/>
        </w:rPr>
        <w:t xml:space="preserve">ack </w:t>
      </w:r>
      <w:r w:rsidR="00942C53" w:rsidRPr="00142492">
        <w:rPr>
          <w:rFonts w:ascii="Times New Roman" w:hAnsi="Times New Roman" w:cs="Times New Roman"/>
          <w:sz w:val="24"/>
          <w:szCs w:val="24"/>
        </w:rPr>
        <w:t>at Hanover</w:t>
      </w:r>
      <w:r w:rsidRPr="00142492">
        <w:rPr>
          <w:rFonts w:ascii="Times New Roman" w:hAnsi="Times New Roman" w:cs="Times New Roman"/>
          <w:sz w:val="24"/>
          <w:szCs w:val="24"/>
        </w:rPr>
        <w:t xml:space="preserve"> </w:t>
      </w:r>
      <w:r w:rsidR="00942C53" w:rsidRPr="00142492">
        <w:rPr>
          <w:rFonts w:ascii="Times New Roman" w:hAnsi="Times New Roman" w:cs="Times New Roman"/>
          <w:sz w:val="24"/>
          <w:szCs w:val="24"/>
        </w:rPr>
        <w:t>C</w:t>
      </w:r>
      <w:r w:rsidRPr="00142492">
        <w:rPr>
          <w:rFonts w:ascii="Times New Roman" w:hAnsi="Times New Roman" w:cs="Times New Roman"/>
          <w:sz w:val="24"/>
          <w:szCs w:val="24"/>
        </w:rPr>
        <w:t xml:space="preserve">ollege, in that class on </w:t>
      </w:r>
      <w:r w:rsidR="00942C53" w:rsidRPr="00142492">
        <w:rPr>
          <w:rFonts w:ascii="Times New Roman" w:hAnsi="Times New Roman" w:cs="Times New Roman"/>
          <w:sz w:val="24"/>
          <w:szCs w:val="24"/>
        </w:rPr>
        <w:t>R</w:t>
      </w:r>
      <w:r w:rsidRPr="00142492">
        <w:rPr>
          <w:rFonts w:ascii="Times New Roman" w:hAnsi="Times New Roman" w:cs="Times New Roman"/>
          <w:sz w:val="24"/>
          <w:szCs w:val="24"/>
        </w:rPr>
        <w:t xml:space="preserve">eligion and the </w:t>
      </w:r>
      <w:r w:rsidR="00942C53" w:rsidRPr="00142492">
        <w:rPr>
          <w:rFonts w:ascii="Times New Roman" w:hAnsi="Times New Roman" w:cs="Times New Roman"/>
          <w:sz w:val="24"/>
          <w:szCs w:val="24"/>
        </w:rPr>
        <w:t>C</w:t>
      </w:r>
      <w:r w:rsidRPr="00142492">
        <w:rPr>
          <w:rFonts w:ascii="Times New Roman" w:hAnsi="Times New Roman" w:cs="Times New Roman"/>
          <w:sz w:val="24"/>
          <w:szCs w:val="24"/>
        </w:rPr>
        <w:t xml:space="preserve">oncept of </w:t>
      </w:r>
      <w:r w:rsidR="00942C53" w:rsidRPr="00142492">
        <w:rPr>
          <w:rFonts w:ascii="Times New Roman" w:hAnsi="Times New Roman" w:cs="Times New Roman"/>
          <w:sz w:val="24"/>
          <w:szCs w:val="24"/>
        </w:rPr>
        <w:t>T</w:t>
      </w:r>
      <w:r w:rsidRPr="00142492">
        <w:rPr>
          <w:rFonts w:ascii="Times New Roman" w:hAnsi="Times New Roman" w:cs="Times New Roman"/>
          <w:sz w:val="24"/>
          <w:szCs w:val="24"/>
        </w:rPr>
        <w:t>ime, I made students</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I induce</w:t>
      </w:r>
      <w:r w:rsidR="00942C53" w:rsidRPr="00142492">
        <w:rPr>
          <w:rFonts w:ascii="Times New Roman" w:hAnsi="Times New Roman" w:cs="Times New Roman"/>
          <w:sz w:val="24"/>
          <w:szCs w:val="24"/>
        </w:rPr>
        <w:t>d</w:t>
      </w:r>
      <w:r w:rsidRPr="00142492">
        <w:rPr>
          <w:rFonts w:ascii="Times New Roman" w:hAnsi="Times New Roman" w:cs="Times New Roman"/>
          <w:sz w:val="24"/>
          <w:szCs w:val="24"/>
        </w:rPr>
        <w:t xml:space="preserve"> students</w:t>
      </w:r>
      <w:r w:rsidR="00942C53" w:rsidRPr="00142492">
        <w:rPr>
          <w:rFonts w:ascii="Times New Roman" w:hAnsi="Times New Roman" w:cs="Times New Roman"/>
          <w:sz w:val="24"/>
          <w:szCs w:val="24"/>
        </w:rPr>
        <w:t xml:space="preserve">, </w:t>
      </w:r>
      <w:r w:rsidRPr="00142492">
        <w:rPr>
          <w:rFonts w:ascii="Times New Roman" w:hAnsi="Times New Roman" w:cs="Times New Roman"/>
          <w:sz w:val="24"/>
          <w:szCs w:val="24"/>
        </w:rPr>
        <w:t>I invited students to do a project for the course that involved creative responses that eclipsed the kind of papers that we had to write in style. One young woman decided to go do a survey of students, and the first question she asked them was, what is the first thing that comes to your mind when I say time? Here are the first 20 responses she received</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stress,</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intense</w:t>
      </w:r>
      <w:r w:rsidR="00942C53" w:rsidRPr="00142492">
        <w:rPr>
          <w:rFonts w:ascii="Times New Roman" w:hAnsi="Times New Roman" w:cs="Times New Roman"/>
          <w:sz w:val="24"/>
          <w:szCs w:val="24"/>
        </w:rPr>
        <w:t>, h</w:t>
      </w:r>
      <w:r w:rsidRPr="00142492">
        <w:rPr>
          <w:rFonts w:ascii="Times New Roman" w:hAnsi="Times New Roman" w:cs="Times New Roman"/>
          <w:sz w:val="24"/>
          <w:szCs w:val="24"/>
        </w:rPr>
        <w:t>ourglass</w:t>
      </w:r>
      <w:r w:rsidR="00942C53" w:rsidRPr="00142492">
        <w:rPr>
          <w:rFonts w:ascii="Times New Roman" w:hAnsi="Times New Roman" w:cs="Times New Roman"/>
          <w:sz w:val="24"/>
          <w:szCs w:val="24"/>
        </w:rPr>
        <w:t>,</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goes fast</w:t>
      </w:r>
      <w:r w:rsidR="00942C53" w:rsidRPr="00142492">
        <w:rPr>
          <w:rFonts w:ascii="Times New Roman" w:hAnsi="Times New Roman" w:cs="Times New Roman"/>
          <w:sz w:val="24"/>
          <w:szCs w:val="24"/>
        </w:rPr>
        <w:t>, s</w:t>
      </w:r>
      <w:r w:rsidRPr="00142492">
        <w:rPr>
          <w:rFonts w:ascii="Times New Roman" w:hAnsi="Times New Roman" w:cs="Times New Roman"/>
          <w:sz w:val="24"/>
          <w:szCs w:val="24"/>
        </w:rPr>
        <w:t>chedules</w:t>
      </w:r>
      <w:r w:rsidR="00942C53" w:rsidRPr="00142492">
        <w:rPr>
          <w:rFonts w:ascii="Times New Roman" w:hAnsi="Times New Roman" w:cs="Times New Roman"/>
          <w:sz w:val="24"/>
          <w:szCs w:val="24"/>
        </w:rPr>
        <w:t>, s</w:t>
      </w:r>
      <w:r w:rsidRPr="00142492">
        <w:rPr>
          <w:rFonts w:ascii="Times New Roman" w:hAnsi="Times New Roman" w:cs="Times New Roman"/>
          <w:sz w:val="24"/>
          <w:szCs w:val="24"/>
        </w:rPr>
        <w:t>tress, all was going never enough</w:t>
      </w:r>
      <w:r w:rsidR="00942C53" w:rsidRPr="00142492">
        <w:rPr>
          <w:rFonts w:ascii="Times New Roman" w:hAnsi="Times New Roman" w:cs="Times New Roman"/>
          <w:sz w:val="24"/>
          <w:szCs w:val="24"/>
        </w:rPr>
        <w:t>, c</w:t>
      </w:r>
      <w:r w:rsidRPr="00142492">
        <w:rPr>
          <w:rFonts w:ascii="Times New Roman" w:hAnsi="Times New Roman" w:cs="Times New Roman"/>
          <w:sz w:val="24"/>
          <w:szCs w:val="24"/>
        </w:rPr>
        <w:t>alendar, wasted</w:t>
      </w:r>
      <w:r w:rsidR="00942C53" w:rsidRPr="00142492">
        <w:rPr>
          <w:rFonts w:ascii="Times New Roman" w:hAnsi="Times New Roman" w:cs="Times New Roman"/>
          <w:sz w:val="24"/>
          <w:szCs w:val="24"/>
        </w:rPr>
        <w:t xml:space="preserve">, </w:t>
      </w:r>
      <w:r w:rsidRPr="00142492">
        <w:rPr>
          <w:rFonts w:ascii="Times New Roman" w:hAnsi="Times New Roman" w:cs="Times New Roman"/>
          <w:sz w:val="24"/>
          <w:szCs w:val="24"/>
        </w:rPr>
        <w:t>stress</w:t>
      </w:r>
      <w:r w:rsidR="00942C53" w:rsidRPr="00142492">
        <w:rPr>
          <w:rFonts w:ascii="Times New Roman" w:hAnsi="Times New Roman" w:cs="Times New Roman"/>
          <w:sz w:val="24"/>
          <w:szCs w:val="24"/>
        </w:rPr>
        <w:t>, s</w:t>
      </w:r>
      <w:r w:rsidRPr="00142492">
        <w:rPr>
          <w:rFonts w:ascii="Times New Roman" w:hAnsi="Times New Roman" w:cs="Times New Roman"/>
          <w:sz w:val="24"/>
          <w:szCs w:val="24"/>
        </w:rPr>
        <w:t>tress</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restriction</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chases us</w:t>
      </w:r>
      <w:r w:rsidR="00942C53" w:rsidRPr="00142492">
        <w:rPr>
          <w:rFonts w:ascii="Times New Roman" w:hAnsi="Times New Roman" w:cs="Times New Roman"/>
          <w:sz w:val="24"/>
          <w:szCs w:val="24"/>
        </w:rPr>
        <w:t>, c</w:t>
      </w:r>
      <w:r w:rsidRPr="00142492">
        <w:rPr>
          <w:rFonts w:ascii="Times New Roman" w:hAnsi="Times New Roman" w:cs="Times New Roman"/>
          <w:sz w:val="24"/>
          <w:szCs w:val="24"/>
        </w:rPr>
        <w:t>lock</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goes fast</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942C53" w:rsidRPr="00142492">
        <w:rPr>
          <w:rFonts w:ascii="Times New Roman" w:hAnsi="Times New Roman" w:cs="Times New Roman"/>
          <w:sz w:val="24"/>
          <w:szCs w:val="24"/>
        </w:rPr>
        <w:t>a</w:t>
      </w:r>
      <w:r w:rsidRPr="00142492">
        <w:rPr>
          <w:rFonts w:ascii="Times New Roman" w:hAnsi="Times New Roman" w:cs="Times New Roman"/>
          <w:sz w:val="24"/>
          <w:szCs w:val="24"/>
        </w:rPr>
        <w:t>h, stressful, running out</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in motion, time flies, stressful.</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What's the matter with this picture?</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That's all a bit large, the strangeness of time for this morning. So what I'd like to do this morning is just three things. First, a brief comment on what the gospel is about</w:t>
      </w:r>
      <w:r w:rsidR="00942C53" w:rsidRPr="00142492">
        <w:rPr>
          <w:rFonts w:ascii="Times New Roman" w:hAnsi="Times New Roman" w:cs="Times New Roman"/>
          <w:sz w:val="24"/>
          <w:szCs w:val="24"/>
        </w:rPr>
        <w:t>, which</w:t>
      </w:r>
      <w:r w:rsidRPr="00142492">
        <w:rPr>
          <w:rFonts w:ascii="Times New Roman" w:hAnsi="Times New Roman" w:cs="Times New Roman"/>
          <w:sz w:val="24"/>
          <w:szCs w:val="24"/>
        </w:rPr>
        <w:t xml:space="preserve"> might frame our considerations. We all know what it's about, sort of</w:t>
      </w:r>
      <w:r w:rsidR="00942C53" w:rsidRPr="00142492">
        <w:rPr>
          <w:rFonts w:ascii="Times New Roman" w:hAnsi="Times New Roman" w:cs="Times New Roman"/>
          <w:sz w:val="24"/>
          <w:szCs w:val="24"/>
        </w:rPr>
        <w:t>,</w:t>
      </w:r>
      <w:r w:rsidRPr="00142492">
        <w:rPr>
          <w:rFonts w:ascii="Times New Roman" w:hAnsi="Times New Roman" w:cs="Times New Roman"/>
          <w:sz w:val="24"/>
          <w:szCs w:val="24"/>
        </w:rPr>
        <w:t xml:space="preserve"> but that can go awry, and we can get amnesiac about what it's about sometimes. Two, I'd like to offer an outrageous proposition that is, time is the zeroth principle of the gospel. And third, I'd like to have us ask together the question that you should all be asking after each one of your classes and lectures you visit</w:t>
      </w:r>
      <w:r w:rsidR="00321EFA" w:rsidRPr="00142492">
        <w:rPr>
          <w:rFonts w:ascii="Times New Roman" w:hAnsi="Times New Roman" w:cs="Times New Roman"/>
          <w:sz w:val="24"/>
          <w:szCs w:val="24"/>
        </w:rPr>
        <w:t>: “</w:t>
      </w:r>
      <w:r w:rsidRPr="00142492">
        <w:rPr>
          <w:rFonts w:ascii="Times New Roman" w:hAnsi="Times New Roman" w:cs="Times New Roman"/>
          <w:sz w:val="24"/>
          <w:szCs w:val="24"/>
        </w:rPr>
        <w:t>So what?</w:t>
      </w:r>
      <w:r w:rsidR="00321EFA" w:rsidRPr="00142492">
        <w:rPr>
          <w:rFonts w:ascii="Times New Roman" w:hAnsi="Times New Roman" w:cs="Times New Roman"/>
          <w:sz w:val="24"/>
          <w:szCs w:val="24"/>
        </w:rPr>
        <w:t>”</w:t>
      </w:r>
      <w:r w:rsidR="00554EEE" w:rsidRPr="00142492">
        <w:rPr>
          <w:rFonts w:ascii="Times New Roman" w:hAnsi="Times New Roman" w:cs="Times New Roman"/>
          <w:sz w:val="24"/>
          <w:szCs w:val="24"/>
        </w:rPr>
        <w:t xml:space="preserve"> </w:t>
      </w:r>
    </w:p>
    <w:p w14:paraId="65F00F7C" w14:textId="68BC1438" w:rsidR="00B807D1"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So</w:t>
      </w:r>
      <w:r w:rsidR="00942C53" w:rsidRPr="00142492">
        <w:rPr>
          <w:rFonts w:ascii="Times New Roman" w:hAnsi="Times New Roman" w:cs="Times New Roman"/>
          <w:sz w:val="24"/>
          <w:szCs w:val="24"/>
        </w:rPr>
        <w:t>,</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what is the gospel for?</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Sometimes the Gospel we carry about in our heads is too small.</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We think of it, maybe unconsciously, as obeying lists of rules and going to church and doing all the stuff we do at church and making covenants and having authority and presiding the heck out of things</w:t>
      </w:r>
      <w:r w:rsidR="00942C53" w:rsidRPr="00142492">
        <w:rPr>
          <w:rFonts w:ascii="Times New Roman" w:hAnsi="Times New Roman" w:cs="Times New Roman"/>
          <w:sz w:val="24"/>
          <w:szCs w:val="24"/>
        </w:rPr>
        <w:t>. T</w:t>
      </w:r>
      <w:r w:rsidRPr="00142492">
        <w:rPr>
          <w:rFonts w:ascii="Times New Roman" w:hAnsi="Times New Roman" w:cs="Times New Roman"/>
          <w:sz w:val="24"/>
          <w:szCs w:val="24"/>
        </w:rPr>
        <w:t>hought of in this way, many people lose a sense of the relevance of the gospel to the concerns of their lives, and they fade</w:t>
      </w:r>
      <w:r w:rsidR="00B807D1" w:rsidRPr="00142492">
        <w:rPr>
          <w:rFonts w:ascii="Times New Roman" w:hAnsi="Times New Roman" w:cs="Times New Roman"/>
          <w:sz w:val="24"/>
          <w:szCs w:val="24"/>
        </w:rPr>
        <w:t>,</w:t>
      </w:r>
      <w:r w:rsidRPr="00142492">
        <w:rPr>
          <w:rFonts w:ascii="Times New Roman" w:hAnsi="Times New Roman" w:cs="Times New Roman"/>
          <w:sz w:val="24"/>
          <w:szCs w:val="24"/>
        </w:rPr>
        <w:t xml:space="preserve"> to our lament</w:t>
      </w:r>
      <w:r w:rsidR="00B807D1" w:rsidRPr="00142492">
        <w:rPr>
          <w:rFonts w:ascii="Times New Roman" w:hAnsi="Times New Roman" w:cs="Times New Roman"/>
          <w:sz w:val="24"/>
          <w:szCs w:val="24"/>
        </w:rPr>
        <w:t>,</w:t>
      </w:r>
      <w:r w:rsidRPr="00142492">
        <w:rPr>
          <w:rFonts w:ascii="Times New Roman" w:hAnsi="Times New Roman" w:cs="Times New Roman"/>
          <w:sz w:val="24"/>
          <w:szCs w:val="24"/>
        </w:rPr>
        <w:t xml:space="preserve"> from our midst. So it helps us to remember what the gospel is fully about. Life is about living</w:t>
      </w:r>
      <w:r w:rsidR="00321EFA" w:rsidRPr="00142492">
        <w:rPr>
          <w:rFonts w:ascii="Times New Roman" w:hAnsi="Times New Roman" w:cs="Times New Roman"/>
          <w:sz w:val="24"/>
          <w:szCs w:val="24"/>
        </w:rPr>
        <w:t>. T</w:t>
      </w:r>
      <w:r w:rsidRPr="00142492">
        <w:rPr>
          <w:rFonts w:ascii="Times New Roman" w:hAnsi="Times New Roman" w:cs="Times New Roman"/>
          <w:sz w:val="24"/>
          <w:szCs w:val="24"/>
        </w:rPr>
        <w:t>he gospel is about existence and becoming</w:t>
      </w:r>
      <w:r w:rsidR="00B807D1" w:rsidRPr="00142492">
        <w:rPr>
          <w:rFonts w:ascii="Times New Roman" w:hAnsi="Times New Roman" w:cs="Times New Roman"/>
          <w:sz w:val="24"/>
          <w:szCs w:val="24"/>
        </w:rPr>
        <w:t>. A</w:t>
      </w:r>
      <w:r w:rsidRPr="00142492">
        <w:rPr>
          <w:rFonts w:ascii="Times New Roman" w:hAnsi="Times New Roman" w:cs="Times New Roman"/>
          <w:sz w:val="24"/>
          <w:szCs w:val="24"/>
        </w:rPr>
        <w:t xml:space="preserve">s per the wondrous </w:t>
      </w:r>
      <w:r w:rsidR="00321EFA" w:rsidRPr="00142492">
        <w:rPr>
          <w:rFonts w:ascii="Times New Roman" w:hAnsi="Times New Roman" w:cs="Times New Roman"/>
          <w:sz w:val="24"/>
          <w:szCs w:val="24"/>
        </w:rPr>
        <w:t>s</w:t>
      </w:r>
      <w:r w:rsidRPr="00142492">
        <w:rPr>
          <w:rFonts w:ascii="Times New Roman" w:hAnsi="Times New Roman" w:cs="Times New Roman"/>
          <w:sz w:val="24"/>
          <w:szCs w:val="24"/>
        </w:rPr>
        <w:t>cripture of Moses</w:t>
      </w:r>
      <w:r w:rsidR="00321EFA" w:rsidRPr="00142492">
        <w:rPr>
          <w:rFonts w:ascii="Times New Roman" w:hAnsi="Times New Roman" w:cs="Times New Roman"/>
          <w:sz w:val="24"/>
          <w:szCs w:val="24"/>
        </w:rPr>
        <w:t xml:space="preserve"> </w:t>
      </w:r>
      <w:r w:rsidR="00B807D1" w:rsidRPr="00142492">
        <w:rPr>
          <w:rFonts w:ascii="Times New Roman" w:hAnsi="Times New Roman" w:cs="Times New Roman"/>
          <w:sz w:val="24"/>
          <w:szCs w:val="24"/>
        </w:rPr>
        <w:t>1:39</w:t>
      </w:r>
      <w:r w:rsidR="00321EFA" w:rsidRPr="00142492">
        <w:rPr>
          <w:rFonts w:ascii="Times New Roman" w:hAnsi="Times New Roman" w:cs="Times New Roman"/>
          <w:sz w:val="24"/>
          <w:szCs w:val="24"/>
        </w:rPr>
        <w:t>,</w:t>
      </w:r>
      <w:r w:rsidR="00B807D1" w:rsidRPr="00142492">
        <w:rPr>
          <w:rFonts w:ascii="Times New Roman" w:hAnsi="Times New Roman" w:cs="Times New Roman"/>
          <w:sz w:val="24"/>
          <w:szCs w:val="24"/>
        </w:rPr>
        <w:t xml:space="preserve"> </w:t>
      </w:r>
      <w:r w:rsidRPr="00142492">
        <w:rPr>
          <w:rFonts w:ascii="Times New Roman" w:hAnsi="Times New Roman" w:cs="Times New Roman"/>
          <w:sz w:val="24"/>
          <w:szCs w:val="24"/>
        </w:rPr>
        <w:t>that lays out God's self</w:t>
      </w:r>
      <w:r w:rsidR="00B807D1" w:rsidRPr="00142492">
        <w:rPr>
          <w:rFonts w:ascii="Times New Roman" w:hAnsi="Times New Roman" w:cs="Times New Roman"/>
          <w:sz w:val="24"/>
          <w:szCs w:val="24"/>
        </w:rPr>
        <w:t>-</w:t>
      </w:r>
      <w:r w:rsidRPr="00142492">
        <w:rPr>
          <w:rFonts w:ascii="Times New Roman" w:hAnsi="Times New Roman" w:cs="Times New Roman"/>
          <w:sz w:val="24"/>
          <w:szCs w:val="24"/>
        </w:rPr>
        <w:t>assigned mission statement</w:t>
      </w:r>
      <w:r w:rsidR="00321EFA" w:rsidRPr="00142492">
        <w:rPr>
          <w:rFonts w:ascii="Times New Roman" w:hAnsi="Times New Roman" w:cs="Times New Roman"/>
          <w:sz w:val="24"/>
          <w:szCs w:val="24"/>
        </w:rPr>
        <w:t>:</w:t>
      </w:r>
      <w:r w:rsidR="00554EEE" w:rsidRPr="00142492">
        <w:rPr>
          <w:rFonts w:ascii="Times New Roman" w:hAnsi="Times New Roman" w:cs="Times New Roman"/>
          <w:sz w:val="24"/>
          <w:szCs w:val="24"/>
        </w:rPr>
        <w:t xml:space="preserve"> </w:t>
      </w:r>
      <w:r w:rsidR="00321EFA" w:rsidRPr="00142492">
        <w:rPr>
          <w:rFonts w:ascii="Times New Roman" w:hAnsi="Times New Roman" w:cs="Times New Roman"/>
          <w:sz w:val="24"/>
          <w:szCs w:val="24"/>
        </w:rPr>
        <w:t>W</w:t>
      </w:r>
      <w:r w:rsidRPr="00142492">
        <w:rPr>
          <w:rFonts w:ascii="Times New Roman" w:hAnsi="Times New Roman" w:cs="Times New Roman"/>
          <w:sz w:val="24"/>
          <w:szCs w:val="24"/>
        </w:rPr>
        <w:t>hat God does for a living is love</w:t>
      </w:r>
      <w:r w:rsidR="00321EFA" w:rsidRPr="00142492">
        <w:rPr>
          <w:rFonts w:ascii="Times New Roman" w:hAnsi="Times New Roman" w:cs="Times New Roman"/>
          <w:sz w:val="24"/>
          <w:szCs w:val="24"/>
        </w:rPr>
        <w:t>,</w:t>
      </w:r>
      <w:r w:rsidRPr="00142492">
        <w:rPr>
          <w:rFonts w:ascii="Times New Roman" w:hAnsi="Times New Roman" w:cs="Times New Roman"/>
          <w:sz w:val="24"/>
          <w:szCs w:val="24"/>
        </w:rPr>
        <w:t xml:space="preserve"> reach</w:t>
      </w:r>
      <w:r w:rsidR="00B807D1" w:rsidRPr="00142492">
        <w:rPr>
          <w:rFonts w:ascii="Times New Roman" w:hAnsi="Times New Roman" w:cs="Times New Roman"/>
          <w:sz w:val="24"/>
          <w:szCs w:val="24"/>
        </w:rPr>
        <w:t>ing</w:t>
      </w:r>
      <w:r w:rsidRPr="00142492">
        <w:rPr>
          <w:rFonts w:ascii="Times New Roman" w:hAnsi="Times New Roman" w:cs="Times New Roman"/>
          <w:sz w:val="24"/>
          <w:szCs w:val="24"/>
        </w:rPr>
        <w:t xml:space="preserve"> </w:t>
      </w:r>
      <w:r w:rsidRPr="00142492">
        <w:rPr>
          <w:rFonts w:ascii="Times New Roman" w:hAnsi="Times New Roman" w:cs="Times New Roman"/>
          <w:sz w:val="24"/>
          <w:szCs w:val="24"/>
        </w:rPr>
        <w:lastRenderedPageBreak/>
        <w:t>out to lift other intelligences about the gods.</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Life, then, is not solely a moral test</w:t>
      </w:r>
      <w:r w:rsidR="00B807D1" w:rsidRPr="00142492">
        <w:rPr>
          <w:rFonts w:ascii="Times New Roman" w:hAnsi="Times New Roman" w:cs="Times New Roman"/>
          <w:sz w:val="24"/>
          <w:szCs w:val="24"/>
        </w:rPr>
        <w:t>, i</w:t>
      </w:r>
      <w:r w:rsidRPr="00142492">
        <w:rPr>
          <w:rFonts w:ascii="Times New Roman" w:hAnsi="Times New Roman" w:cs="Times New Roman"/>
          <w:sz w:val="24"/>
          <w:szCs w:val="24"/>
        </w:rPr>
        <w:t>t is also a school, and it is also a lab in that school for becoming</w:t>
      </w:r>
      <w:r w:rsidR="00321EFA"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B807D1" w:rsidRPr="00142492">
        <w:rPr>
          <w:rFonts w:ascii="Times New Roman" w:hAnsi="Times New Roman" w:cs="Times New Roman"/>
          <w:sz w:val="24"/>
          <w:szCs w:val="24"/>
        </w:rPr>
        <w:t>D</w:t>
      </w:r>
      <w:r w:rsidRPr="00142492">
        <w:rPr>
          <w:rFonts w:ascii="Times New Roman" w:hAnsi="Times New Roman" w:cs="Times New Roman"/>
          <w:sz w:val="24"/>
          <w:szCs w:val="24"/>
        </w:rPr>
        <w:t xml:space="preserve">octrine </w:t>
      </w:r>
      <w:r w:rsidR="00B807D1" w:rsidRPr="00142492">
        <w:rPr>
          <w:rFonts w:ascii="Times New Roman" w:hAnsi="Times New Roman" w:cs="Times New Roman"/>
          <w:sz w:val="24"/>
          <w:szCs w:val="24"/>
        </w:rPr>
        <w:t>C</w:t>
      </w:r>
      <w:r w:rsidRPr="00142492">
        <w:rPr>
          <w:rFonts w:ascii="Times New Roman" w:hAnsi="Times New Roman" w:cs="Times New Roman"/>
          <w:sz w:val="24"/>
          <w:szCs w:val="24"/>
        </w:rPr>
        <w:t>ovenants 88 tells us we must learn things in the heavens, above and in the skies and underneath the seas, and all the travails and deliberations and ways and wars of the nations. We're told in section 122 that all these things, nausea,</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life</w:t>
      </w:r>
      <w:r w:rsidR="00B807D1" w:rsidRPr="00142492">
        <w:rPr>
          <w:rFonts w:ascii="Times New Roman" w:hAnsi="Times New Roman" w:cs="Times New Roman"/>
          <w:sz w:val="24"/>
          <w:szCs w:val="24"/>
        </w:rPr>
        <w:t>-</w:t>
      </w:r>
      <w:r w:rsidRPr="00142492">
        <w:rPr>
          <w:rFonts w:ascii="Times New Roman" w:hAnsi="Times New Roman" w:cs="Times New Roman"/>
          <w:sz w:val="24"/>
          <w:szCs w:val="24"/>
        </w:rPr>
        <w:t>threatening</w:t>
      </w:r>
      <w:r w:rsidR="00B807D1" w:rsidRPr="00142492">
        <w:rPr>
          <w:rFonts w:ascii="Times New Roman" w:hAnsi="Times New Roman" w:cs="Times New Roman"/>
          <w:sz w:val="24"/>
          <w:szCs w:val="24"/>
        </w:rPr>
        <w:t xml:space="preserve"> </w:t>
      </w:r>
      <w:r w:rsidRPr="00142492">
        <w:rPr>
          <w:rFonts w:ascii="Times New Roman" w:hAnsi="Times New Roman" w:cs="Times New Roman"/>
          <w:sz w:val="24"/>
          <w:szCs w:val="24"/>
        </w:rPr>
        <w:t>junk,</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the jaws of hell gaping</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out</w:t>
      </w:r>
      <w:r w:rsidR="00B807D1" w:rsidRPr="00142492">
        <w:rPr>
          <w:rFonts w:ascii="Times New Roman" w:hAnsi="Times New Roman" w:cs="Times New Roman"/>
          <w:sz w:val="24"/>
          <w:szCs w:val="24"/>
        </w:rPr>
        <w:t xml:space="preserve"> a</w:t>
      </w:r>
      <w:r w:rsidRPr="00142492">
        <w:rPr>
          <w:rFonts w:ascii="Times New Roman" w:hAnsi="Times New Roman" w:cs="Times New Roman"/>
          <w:sz w:val="24"/>
          <w:szCs w:val="24"/>
        </w:rPr>
        <w:t>fter us, all these things shall be for thy experience.</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The gospel is not just about learning to be good and to be nice. It's learning what it might mean to participate in the divine nature</w:t>
      </w:r>
      <w:r w:rsidR="00B807D1" w:rsidRPr="00142492">
        <w:rPr>
          <w:rFonts w:ascii="Times New Roman" w:hAnsi="Times New Roman" w:cs="Times New Roman"/>
          <w:sz w:val="24"/>
          <w:szCs w:val="24"/>
        </w:rPr>
        <w:t>, a</w:t>
      </w:r>
      <w:r w:rsidRPr="00142492">
        <w:rPr>
          <w:rFonts w:ascii="Times New Roman" w:hAnsi="Times New Roman" w:cs="Times New Roman"/>
          <w:sz w:val="24"/>
          <w:szCs w:val="24"/>
        </w:rPr>
        <w:t>nd God is purely good as I understand God, but he is also purely wise and purely intelligent and purely deft,</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purely creative as a creator.</w:t>
      </w:r>
    </w:p>
    <w:p w14:paraId="54834D3D" w14:textId="1006CD12" w:rsidR="00C575B5"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Religion in general and the restoration in particular are ultimately about relationships, as we become together</w:t>
      </w:r>
      <w:r w:rsidR="00B807D1" w:rsidRPr="00142492">
        <w:rPr>
          <w:rFonts w:ascii="Times New Roman" w:hAnsi="Times New Roman" w:cs="Times New Roman"/>
          <w:sz w:val="24"/>
          <w:szCs w:val="24"/>
        </w:rPr>
        <w:t>. R</w:t>
      </w:r>
      <w:r w:rsidRPr="00142492">
        <w:rPr>
          <w:rFonts w:ascii="Times New Roman" w:hAnsi="Times New Roman" w:cs="Times New Roman"/>
          <w:sz w:val="24"/>
          <w:szCs w:val="24"/>
        </w:rPr>
        <w:t>estoration</w:t>
      </w:r>
      <w:r w:rsidR="00B807D1" w:rsidRPr="00142492">
        <w:rPr>
          <w:rFonts w:ascii="Times New Roman" w:hAnsi="Times New Roman" w:cs="Times New Roman"/>
          <w:sz w:val="24"/>
          <w:szCs w:val="24"/>
        </w:rPr>
        <w:t xml:space="preserve"> </w:t>
      </w:r>
      <w:r w:rsidRPr="00142492">
        <w:rPr>
          <w:rFonts w:ascii="Times New Roman" w:hAnsi="Times New Roman" w:cs="Times New Roman"/>
          <w:sz w:val="24"/>
          <w:szCs w:val="24"/>
        </w:rPr>
        <w:t>words like atonement</w:t>
      </w:r>
      <w:r w:rsidR="0022390B" w:rsidRPr="00142492">
        <w:rPr>
          <w:rFonts w:ascii="Times New Roman" w:hAnsi="Times New Roman" w:cs="Times New Roman"/>
          <w:sz w:val="24"/>
          <w:szCs w:val="24"/>
        </w:rPr>
        <w:t xml:space="preserve">, </w:t>
      </w:r>
      <w:r w:rsidRPr="00142492">
        <w:rPr>
          <w:rFonts w:ascii="Times New Roman" w:hAnsi="Times New Roman" w:cs="Times New Roman"/>
          <w:sz w:val="24"/>
          <w:szCs w:val="24"/>
        </w:rPr>
        <w:t>repentance</w:t>
      </w:r>
      <w:r w:rsidR="00B807D1" w:rsidRPr="00142492">
        <w:rPr>
          <w:rFonts w:ascii="Times New Roman" w:hAnsi="Times New Roman" w:cs="Times New Roman"/>
          <w:sz w:val="24"/>
          <w:szCs w:val="24"/>
        </w:rPr>
        <w:t>,</w:t>
      </w:r>
      <w:r w:rsidRPr="00142492">
        <w:rPr>
          <w:rFonts w:ascii="Times New Roman" w:hAnsi="Times New Roman" w:cs="Times New Roman"/>
          <w:sz w:val="24"/>
          <w:szCs w:val="24"/>
        </w:rPr>
        <w:t xml:space="preserve"> family</w:t>
      </w:r>
      <w:r w:rsidR="0022390B" w:rsidRPr="00142492">
        <w:rPr>
          <w:rFonts w:ascii="Times New Roman" w:hAnsi="Times New Roman" w:cs="Times New Roman"/>
          <w:sz w:val="24"/>
          <w:szCs w:val="24"/>
        </w:rPr>
        <w:t xml:space="preserve">, </w:t>
      </w:r>
      <w:r w:rsidRPr="00142492">
        <w:rPr>
          <w:rFonts w:ascii="Times New Roman" w:hAnsi="Times New Roman" w:cs="Times New Roman"/>
          <w:sz w:val="24"/>
          <w:szCs w:val="24"/>
        </w:rPr>
        <w:t>genealogy</w:t>
      </w:r>
      <w:r w:rsidR="0022390B" w:rsidRPr="00142492">
        <w:rPr>
          <w:rFonts w:ascii="Times New Roman" w:hAnsi="Times New Roman" w:cs="Times New Roman"/>
          <w:sz w:val="24"/>
          <w:szCs w:val="24"/>
        </w:rPr>
        <w:t xml:space="preserve">, </w:t>
      </w:r>
      <w:r w:rsidRPr="00142492">
        <w:rPr>
          <w:rFonts w:ascii="Times New Roman" w:hAnsi="Times New Roman" w:cs="Times New Roman"/>
          <w:sz w:val="24"/>
          <w:szCs w:val="24"/>
        </w:rPr>
        <w:t>love</w:t>
      </w:r>
      <w:r w:rsidR="0022390B" w:rsidRPr="00142492">
        <w:rPr>
          <w:rFonts w:ascii="Times New Roman" w:hAnsi="Times New Roman" w:cs="Times New Roman"/>
          <w:sz w:val="24"/>
          <w:szCs w:val="24"/>
        </w:rPr>
        <w:t xml:space="preserve">, </w:t>
      </w:r>
      <w:r w:rsidRPr="00142492">
        <w:rPr>
          <w:rFonts w:ascii="Times New Roman" w:hAnsi="Times New Roman" w:cs="Times New Roman"/>
          <w:sz w:val="24"/>
          <w:szCs w:val="24"/>
        </w:rPr>
        <w:t>eternal progress</w:t>
      </w:r>
      <w:r w:rsidR="0022390B"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sealing are relationship words. There are five primary relations, by my reckoning, our relationship with God, the second, likened to it, our relationship with one another, our relationship with our oft broken, very complex selves, our relationship with time</w:t>
      </w:r>
      <w:r w:rsidR="00321EFA"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w:t>
      </w:r>
      <w:r w:rsidR="0022390B" w:rsidRPr="00142492">
        <w:rPr>
          <w:rFonts w:ascii="Times New Roman" w:hAnsi="Times New Roman" w:cs="Times New Roman"/>
          <w:sz w:val="24"/>
          <w:szCs w:val="24"/>
        </w:rPr>
        <w:t>o</w:t>
      </w:r>
      <w:r w:rsidRPr="00142492">
        <w:rPr>
          <w:rFonts w:ascii="Times New Roman" w:hAnsi="Times New Roman" w:cs="Times New Roman"/>
          <w:sz w:val="24"/>
          <w:szCs w:val="24"/>
        </w:rPr>
        <w:t>ur relationship with the external world, however, we can access it by thought,</w:t>
      </w:r>
      <w:r w:rsidR="0022390B" w:rsidRPr="00142492">
        <w:rPr>
          <w:rFonts w:ascii="Times New Roman" w:hAnsi="Times New Roman" w:cs="Times New Roman"/>
          <w:sz w:val="24"/>
          <w:szCs w:val="24"/>
        </w:rPr>
        <w:t xml:space="preserve"> </w:t>
      </w:r>
      <w:r w:rsidRPr="00142492">
        <w:rPr>
          <w:rFonts w:ascii="Times New Roman" w:hAnsi="Times New Roman" w:cs="Times New Roman"/>
          <w:sz w:val="24"/>
          <w:szCs w:val="24"/>
        </w:rPr>
        <w:t>and reflection and talking and depending</w:t>
      </w:r>
      <w:r w:rsidR="00321EFA" w:rsidRPr="00142492">
        <w:rPr>
          <w:rFonts w:ascii="Times New Roman" w:hAnsi="Times New Roman" w:cs="Times New Roman"/>
          <w:sz w:val="24"/>
          <w:szCs w:val="24"/>
        </w:rPr>
        <w:t>. T</w:t>
      </w:r>
      <w:r w:rsidRPr="00142492">
        <w:rPr>
          <w:rFonts w:ascii="Times New Roman" w:hAnsi="Times New Roman" w:cs="Times New Roman"/>
          <w:sz w:val="24"/>
          <w:szCs w:val="24"/>
        </w:rPr>
        <w:t>his is not very popular in today's America, and dependence upon serious expert, serious thinkers, philosophers, scholars, scientists, et</w:t>
      </w:r>
      <w:r w:rsidR="00321EFA" w:rsidRPr="00142492">
        <w:rPr>
          <w:rFonts w:ascii="Times New Roman" w:hAnsi="Times New Roman" w:cs="Times New Roman"/>
          <w:sz w:val="24"/>
          <w:szCs w:val="24"/>
        </w:rPr>
        <w:t xml:space="preserve"> cetera</w:t>
      </w:r>
      <w:r w:rsidRPr="00142492">
        <w:rPr>
          <w:rFonts w:ascii="Times New Roman" w:hAnsi="Times New Roman" w:cs="Times New Roman"/>
          <w:sz w:val="24"/>
          <w:szCs w:val="24"/>
        </w:rPr>
        <w:t>.</w:t>
      </w:r>
      <w:r w:rsidR="00554EEE" w:rsidRPr="00142492">
        <w:rPr>
          <w:rFonts w:ascii="Times New Roman" w:hAnsi="Times New Roman" w:cs="Times New Roman"/>
          <w:sz w:val="24"/>
          <w:szCs w:val="24"/>
        </w:rPr>
        <w:t xml:space="preserve"> </w:t>
      </w:r>
      <w:r w:rsidR="00C575B5" w:rsidRPr="00142492">
        <w:rPr>
          <w:rFonts w:ascii="Times New Roman" w:hAnsi="Times New Roman" w:cs="Times New Roman"/>
          <w:sz w:val="24"/>
          <w:szCs w:val="24"/>
        </w:rPr>
        <w:t>T</w:t>
      </w:r>
      <w:r w:rsidRPr="00142492">
        <w:rPr>
          <w:rFonts w:ascii="Times New Roman" w:hAnsi="Times New Roman" w:cs="Times New Roman"/>
          <w:sz w:val="24"/>
          <w:szCs w:val="24"/>
        </w:rPr>
        <w:t>he gospel is all about that, but it's about relationships. Second</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an outrageous proposition</w:t>
      </w:r>
      <w:r w:rsidR="00C575B5" w:rsidRPr="00142492">
        <w:rPr>
          <w:rFonts w:ascii="Times New Roman" w:hAnsi="Times New Roman" w:cs="Times New Roman"/>
          <w:sz w:val="24"/>
          <w:szCs w:val="24"/>
        </w:rPr>
        <w:t>, t</w:t>
      </w:r>
      <w:r w:rsidRPr="00142492">
        <w:rPr>
          <w:rFonts w:ascii="Times New Roman" w:hAnsi="Times New Roman" w:cs="Times New Roman"/>
          <w:sz w:val="24"/>
          <w:szCs w:val="24"/>
        </w:rPr>
        <w:t>ime is the zeroth principle of the gospel. I made up the zero affair to signal that I recognize this is an unofficial proposition, or rather, it's an official proclamation to only me</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that I'm just a kid from </w:t>
      </w:r>
      <w:r w:rsidR="00C575B5" w:rsidRPr="00142492">
        <w:rPr>
          <w:rFonts w:ascii="Times New Roman" w:hAnsi="Times New Roman" w:cs="Times New Roman"/>
          <w:sz w:val="24"/>
          <w:szCs w:val="24"/>
        </w:rPr>
        <w:t>B</w:t>
      </w:r>
      <w:r w:rsidRPr="00142492">
        <w:rPr>
          <w:rFonts w:ascii="Times New Roman" w:hAnsi="Times New Roman" w:cs="Times New Roman"/>
          <w:sz w:val="24"/>
          <w:szCs w:val="24"/>
        </w:rPr>
        <w:t xml:space="preserve">ountiful and don't have any authority. It's an invitation for your consideration from a fellow traveler. </w:t>
      </w:r>
      <w:r w:rsidR="00C575B5" w:rsidRPr="00142492">
        <w:rPr>
          <w:rFonts w:ascii="Times New Roman" w:hAnsi="Times New Roman" w:cs="Times New Roman"/>
          <w:sz w:val="24"/>
          <w:szCs w:val="24"/>
        </w:rPr>
        <w:t>A</w:t>
      </w:r>
      <w:r w:rsidRPr="00142492">
        <w:rPr>
          <w:rFonts w:ascii="Times New Roman" w:hAnsi="Times New Roman" w:cs="Times New Roman"/>
          <w:sz w:val="24"/>
          <w:szCs w:val="24"/>
        </w:rPr>
        <w:t>lso, I want to assert that time undergirds and interacts with every other gospel principle, hence its zero status. This is obvious for some principles that have time</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laden names, like prophecy, like </w:t>
      </w:r>
      <w:proofErr w:type="spellStart"/>
      <w:r w:rsidRPr="00142492">
        <w:rPr>
          <w:rFonts w:ascii="Times New Roman" w:hAnsi="Times New Roman" w:cs="Times New Roman"/>
          <w:sz w:val="24"/>
          <w:szCs w:val="24"/>
        </w:rPr>
        <w:t>pre existence</w:t>
      </w:r>
      <w:proofErr w:type="spellEnd"/>
      <w:r w:rsidRPr="00142492">
        <w:rPr>
          <w:rFonts w:ascii="Times New Roman" w:hAnsi="Times New Roman" w:cs="Times New Roman"/>
          <w:sz w:val="24"/>
          <w:szCs w:val="24"/>
        </w:rPr>
        <w:t xml:space="preserve">, like vicarious work for the dead, like the millennium, like birth, like death. But I want to go further than that and say that time applies to all gospel principles, even if we consider </w:t>
      </w:r>
      <w:r w:rsidR="00C575B5" w:rsidRPr="00142492">
        <w:rPr>
          <w:rFonts w:ascii="Times New Roman" w:hAnsi="Times New Roman" w:cs="Times New Roman"/>
          <w:sz w:val="24"/>
          <w:szCs w:val="24"/>
        </w:rPr>
        <w:lastRenderedPageBreak/>
        <w:t xml:space="preserve">the </w:t>
      </w:r>
      <w:r w:rsidRPr="00142492">
        <w:rPr>
          <w:rFonts w:ascii="Times New Roman" w:hAnsi="Times New Roman" w:cs="Times New Roman"/>
          <w:sz w:val="24"/>
          <w:szCs w:val="24"/>
        </w:rPr>
        <w:t>first principles of the gospel</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faith</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C575B5" w:rsidRPr="00142492">
        <w:rPr>
          <w:rFonts w:ascii="Times New Roman" w:hAnsi="Times New Roman" w:cs="Times New Roman"/>
          <w:sz w:val="24"/>
          <w:szCs w:val="24"/>
        </w:rPr>
        <w:t>to be</w:t>
      </w:r>
      <w:r w:rsidRPr="00142492">
        <w:rPr>
          <w:rFonts w:ascii="Times New Roman" w:hAnsi="Times New Roman" w:cs="Times New Roman"/>
          <w:sz w:val="24"/>
          <w:szCs w:val="24"/>
        </w:rPr>
        <w:t xml:space="preserve"> a time</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soaked concept. We're invited to have faith, counseled to have faith in the Lord Jesus Christ, whom we've never met in the flesh, who lived 1000s of years ago, whose biography is actually quite obscure and hard to get at and kneel down. One doesn't exist in our modern sense of the word biography, certainly not the Gospels.</w:t>
      </w:r>
      <w:r w:rsidR="00554EEE" w:rsidRPr="00142492">
        <w:rPr>
          <w:rFonts w:ascii="Times New Roman" w:hAnsi="Times New Roman" w:cs="Times New Roman"/>
          <w:sz w:val="24"/>
          <w:szCs w:val="24"/>
        </w:rPr>
        <w:t xml:space="preserve"> </w:t>
      </w:r>
      <w:r w:rsidR="00C575B5" w:rsidRPr="00142492">
        <w:rPr>
          <w:rFonts w:ascii="Times New Roman" w:hAnsi="Times New Roman" w:cs="Times New Roman"/>
          <w:sz w:val="24"/>
          <w:szCs w:val="24"/>
        </w:rPr>
        <w:t>W</w:t>
      </w:r>
      <w:r w:rsidRPr="00142492">
        <w:rPr>
          <w:rFonts w:ascii="Times New Roman" w:hAnsi="Times New Roman" w:cs="Times New Roman"/>
          <w:sz w:val="24"/>
          <w:szCs w:val="24"/>
        </w:rPr>
        <w:t>e're also asked to have faith in things before creation, and we're asked to have faith in things far into the future, or if it's really chronological, or invited to have faith unto repentance or some other actions</w:t>
      </w:r>
      <w:r w:rsidR="00C575B5" w:rsidRPr="00142492">
        <w:rPr>
          <w:rFonts w:ascii="Times New Roman" w:hAnsi="Times New Roman" w:cs="Times New Roman"/>
          <w:sz w:val="24"/>
          <w:szCs w:val="24"/>
        </w:rPr>
        <w:t>, a</w:t>
      </w:r>
      <w:r w:rsidRPr="00142492">
        <w:rPr>
          <w:rFonts w:ascii="Times New Roman" w:hAnsi="Times New Roman" w:cs="Times New Roman"/>
          <w:sz w:val="24"/>
          <w:szCs w:val="24"/>
        </w:rPr>
        <w:t>nd yet there exists an unrecognized contest for which principle of the gospel is the first principle, if there must be just one.</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After all, repentance is a time thing, right? It's a profound reconciliation of the past and the present</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baptism</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C575B5" w:rsidRPr="00142492">
        <w:rPr>
          <w:rFonts w:ascii="Times New Roman" w:hAnsi="Times New Roman" w:cs="Times New Roman"/>
          <w:sz w:val="24"/>
          <w:szCs w:val="24"/>
        </w:rPr>
        <w:t>W</w:t>
      </w:r>
      <w:r w:rsidRPr="00142492">
        <w:rPr>
          <w:rFonts w:ascii="Times New Roman" w:hAnsi="Times New Roman" w:cs="Times New Roman"/>
          <w:sz w:val="24"/>
          <w:szCs w:val="24"/>
        </w:rPr>
        <w:t>e could have handed out certificates or stars on our forehead to show that we're disciples and members of the church now, but we do this ritual that was patterned after death, burial</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a new birth. Those are time things, and we get a confirmation of our membership and are blessed with the Holy Spirit in a different way</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renew those covenants of the sacrament. That includes the notion, in fact, that's the end point to the sacramental prayer </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that thy spirit might always be with them</w:t>
      </w:r>
      <w:r w:rsidR="00C575B5" w:rsidRPr="00142492">
        <w:rPr>
          <w:rFonts w:ascii="Times New Roman" w:hAnsi="Times New Roman" w:cs="Times New Roman"/>
          <w:sz w:val="24"/>
          <w:szCs w:val="24"/>
        </w:rPr>
        <w:t>”</w:t>
      </w:r>
      <w:r w:rsidRPr="00142492">
        <w:rPr>
          <w:rFonts w:ascii="Times New Roman" w:hAnsi="Times New Roman" w:cs="Times New Roman"/>
          <w:sz w:val="24"/>
          <w:szCs w:val="24"/>
        </w:rPr>
        <w:t>. We get used to that phrase, but that's an astounding notion. Is it possible? If so, it's a wonder.</w:t>
      </w:r>
      <w:r w:rsidR="00554EEE" w:rsidRPr="00142492">
        <w:rPr>
          <w:rFonts w:ascii="Times New Roman" w:hAnsi="Times New Roman" w:cs="Times New Roman"/>
          <w:sz w:val="24"/>
          <w:szCs w:val="24"/>
        </w:rPr>
        <w:t xml:space="preserve"> </w:t>
      </w:r>
    </w:p>
    <w:p w14:paraId="557F55A1" w14:textId="5F514519" w:rsidR="00C575B5" w:rsidRPr="00142492" w:rsidRDefault="00C575B5"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Pulling back the camera a little bit, if faith and repentance are the first principles of the gospel. When Joseph Smith explained that to a newspaper editor by trying to get across some general beliefs and orientations about what Mormonism, as it was then called, consists of, he said, “We believe that the first principles and ordinances of the gospel are,” but when I was being raised over the local and general pulpit, I heard that obedience was the first law of heaven, and obedience traces its original meaning back to not obeying little checklists of commandments so much as hearing and attention. Can you even get to faith unless you know what to pay attention to, what to hear</w:t>
      </w:r>
      <w:r w:rsidR="00321EFA"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321EFA" w:rsidRPr="00142492">
        <w:rPr>
          <w:rFonts w:ascii="Times New Roman" w:hAnsi="Times New Roman" w:cs="Times New Roman"/>
          <w:sz w:val="24"/>
          <w:szCs w:val="24"/>
        </w:rPr>
        <w:t>O</w:t>
      </w:r>
      <w:r w:rsidRPr="00142492">
        <w:rPr>
          <w:rFonts w:ascii="Times New Roman" w:hAnsi="Times New Roman" w:cs="Times New Roman"/>
          <w:sz w:val="24"/>
          <w:szCs w:val="24"/>
        </w:rPr>
        <w:t xml:space="preserve">r when Paul deliberated on what the first principles of the gospel, he ended up with faith, hope, and love, or charity, as it's rendered in the King James Version of the Bible, and as you all know, love came out on top. When Christ was asked, which </w:t>
      </w:r>
      <w:r w:rsidRPr="00142492">
        <w:rPr>
          <w:rFonts w:ascii="Times New Roman" w:hAnsi="Times New Roman" w:cs="Times New Roman"/>
          <w:sz w:val="24"/>
          <w:szCs w:val="24"/>
        </w:rPr>
        <w:lastRenderedPageBreak/>
        <w:t>was the great commandment, love of God and neighbor came up on top. And what about agency? Can we even have love or faith if we don't have the agency to choose them? So did Joseph when he wrote that to the newspaper editor, Mr. Wentworth, did he mean first principles, as in some sort of necessary chronology, or did he mean first principles like these are things that aren't going to offend you, and we can't go into wild things like becoming gods and polygamy and stuff, so</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is he orienting the public, or did he mean first in importance,</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or first in chronology?</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What I think is our principles of the gospel are not so time-laden that they're sequential, but they have to exist as a constellation, more like a molecule than an atom.</w:t>
      </w:r>
      <w:r w:rsidR="00554EEE" w:rsidRPr="00142492">
        <w:rPr>
          <w:rFonts w:ascii="Times New Roman" w:hAnsi="Times New Roman" w:cs="Times New Roman"/>
          <w:sz w:val="24"/>
          <w:szCs w:val="24"/>
        </w:rPr>
        <w:t xml:space="preserve"> </w:t>
      </w:r>
    </w:p>
    <w:p w14:paraId="0AF1DA53" w14:textId="77777777" w:rsidR="009E56A2" w:rsidRPr="00142492" w:rsidRDefault="00C575B5"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Third, and finally,</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I want to take a little example of what I'm talking about, of putting time into conversation with ordinary principles of the gospel. I'm choosing the Sabbath</w:t>
      </w:r>
      <w:r w:rsidR="009E56A2" w:rsidRPr="00142492">
        <w:rPr>
          <w:rFonts w:ascii="Times New Roman" w:hAnsi="Times New Roman" w:cs="Times New Roman"/>
          <w:sz w:val="24"/>
          <w:szCs w:val="24"/>
        </w:rPr>
        <w:t>, i</w:t>
      </w:r>
      <w:r w:rsidRPr="00142492">
        <w:rPr>
          <w:rFonts w:ascii="Times New Roman" w:hAnsi="Times New Roman" w:cs="Times New Roman"/>
          <w:sz w:val="24"/>
          <w:szCs w:val="24"/>
        </w:rPr>
        <w:t>t's the first chapter in this little book I read.</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But when we talk about the Sabbath, it's familiar to us, and familiarity can be the death knell of thinking if we're not careful. So I'm only going to talk for 10 or so more minutes</w:t>
      </w:r>
      <w:r w:rsidR="009E56A2" w:rsidRPr="00142492">
        <w:rPr>
          <w:rFonts w:ascii="Times New Roman" w:hAnsi="Times New Roman" w:cs="Times New Roman"/>
          <w:sz w:val="24"/>
          <w:szCs w:val="24"/>
        </w:rPr>
        <w:t xml:space="preserve">, </w:t>
      </w:r>
      <w:r w:rsidRPr="00142492">
        <w:rPr>
          <w:rFonts w:ascii="Times New Roman" w:hAnsi="Times New Roman" w:cs="Times New Roman"/>
          <w:sz w:val="24"/>
          <w:szCs w:val="24"/>
        </w:rPr>
        <w:t>I'll invite you to not commit the sin of being bored, which is a time</w:t>
      </w:r>
      <w:r w:rsidR="009E56A2" w:rsidRPr="00142492">
        <w:rPr>
          <w:rFonts w:ascii="Times New Roman" w:hAnsi="Times New Roman" w:cs="Times New Roman"/>
          <w:sz w:val="24"/>
          <w:szCs w:val="24"/>
        </w:rPr>
        <w:t>-</w:t>
      </w:r>
      <w:r w:rsidRPr="00142492">
        <w:rPr>
          <w:rFonts w:ascii="Times New Roman" w:hAnsi="Times New Roman" w:cs="Times New Roman"/>
          <w:sz w:val="24"/>
          <w:szCs w:val="24"/>
        </w:rPr>
        <w:t>laden theme, and it misses the mark</w:t>
      </w:r>
      <w:r w:rsidR="009E56A2" w:rsidRPr="00142492">
        <w:rPr>
          <w:rFonts w:ascii="Times New Roman" w:hAnsi="Times New Roman" w:cs="Times New Roman"/>
          <w:sz w:val="24"/>
          <w:szCs w:val="24"/>
        </w:rPr>
        <w:t xml:space="preserve">, and </w:t>
      </w:r>
      <w:r w:rsidRPr="00142492">
        <w:rPr>
          <w:rFonts w:ascii="Times New Roman" w:hAnsi="Times New Roman" w:cs="Times New Roman"/>
          <w:sz w:val="24"/>
          <w:szCs w:val="24"/>
        </w:rPr>
        <w:t>our culture is not very good, and we have a shrunken attention span</w:t>
      </w:r>
      <w:r w:rsidR="009E56A2" w:rsidRPr="00142492">
        <w:rPr>
          <w:rFonts w:ascii="Times New Roman" w:hAnsi="Times New Roman" w:cs="Times New Roman"/>
          <w:sz w:val="24"/>
          <w:szCs w:val="24"/>
        </w:rPr>
        <w:t>, we</w:t>
      </w:r>
      <w:r w:rsidRPr="00142492">
        <w:rPr>
          <w:rFonts w:ascii="Times New Roman" w:hAnsi="Times New Roman" w:cs="Times New Roman"/>
          <w:sz w:val="24"/>
          <w:szCs w:val="24"/>
        </w:rPr>
        <w:t xml:space="preserve"> people in our ear, so hang in for 10 or 12 minutes.</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The Bible has a lot to say about the Sabbath, but we</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don't consider it very much. We remember a passage </w:t>
      </w:r>
      <w:r w:rsidR="009E56A2" w:rsidRPr="00142492">
        <w:rPr>
          <w:rFonts w:ascii="Times New Roman" w:hAnsi="Times New Roman" w:cs="Times New Roman"/>
          <w:sz w:val="24"/>
          <w:szCs w:val="24"/>
        </w:rPr>
        <w:t xml:space="preserve">where </w:t>
      </w:r>
      <w:r w:rsidRPr="00142492">
        <w:rPr>
          <w:rFonts w:ascii="Times New Roman" w:hAnsi="Times New Roman" w:cs="Times New Roman"/>
          <w:sz w:val="24"/>
          <w:szCs w:val="24"/>
        </w:rPr>
        <w:t>God rested on the Sabbath day, so we're going to do that</w:t>
      </w:r>
      <w:r w:rsidR="009E56A2" w:rsidRPr="00142492">
        <w:rPr>
          <w:rFonts w:ascii="Times New Roman" w:hAnsi="Times New Roman" w:cs="Times New Roman"/>
          <w:sz w:val="24"/>
          <w:szCs w:val="24"/>
        </w:rPr>
        <w:t>, b</w:t>
      </w:r>
      <w:r w:rsidRPr="00142492">
        <w:rPr>
          <w:rFonts w:ascii="Times New Roman" w:hAnsi="Times New Roman" w:cs="Times New Roman"/>
          <w:sz w:val="24"/>
          <w:szCs w:val="24"/>
        </w:rPr>
        <w:t xml:space="preserve">ut the Old Testament actually gives a lot of reasons, a number of reasons, for why we commemorate the Sabbath. The Doctrine </w:t>
      </w:r>
      <w:r w:rsidR="009E56A2" w:rsidRPr="00142492">
        <w:rPr>
          <w:rFonts w:ascii="Times New Roman" w:hAnsi="Times New Roman" w:cs="Times New Roman"/>
          <w:sz w:val="24"/>
          <w:szCs w:val="24"/>
        </w:rPr>
        <w:t>Covenants</w:t>
      </w:r>
      <w:r w:rsidRPr="00142492">
        <w:rPr>
          <w:rFonts w:ascii="Times New Roman" w:hAnsi="Times New Roman" w:cs="Times New Roman"/>
          <w:sz w:val="24"/>
          <w:szCs w:val="24"/>
        </w:rPr>
        <w:t xml:space="preserve"> seems to take the Bible for granted as a given before,</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just throughout the Doctrine and Covenants</w:t>
      </w:r>
      <w:r w:rsidR="009E56A2"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9E56A2" w:rsidRPr="00142492">
        <w:rPr>
          <w:rFonts w:ascii="Times New Roman" w:hAnsi="Times New Roman" w:cs="Times New Roman"/>
          <w:sz w:val="24"/>
          <w:szCs w:val="24"/>
        </w:rPr>
        <w:t>Still,</w:t>
      </w:r>
      <w:r w:rsidRPr="00142492">
        <w:rPr>
          <w:rFonts w:ascii="Times New Roman" w:hAnsi="Times New Roman" w:cs="Times New Roman"/>
          <w:sz w:val="24"/>
          <w:szCs w:val="24"/>
        </w:rPr>
        <w:t xml:space="preserve"> there are only eight or nine verses in the entire Doctrine and Covenants about the Sabbath</w:t>
      </w:r>
      <w:r w:rsidR="009E56A2"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9E56A2" w:rsidRPr="00142492">
        <w:rPr>
          <w:rFonts w:ascii="Times New Roman" w:hAnsi="Times New Roman" w:cs="Times New Roman"/>
          <w:sz w:val="24"/>
          <w:szCs w:val="24"/>
        </w:rPr>
        <w:t>T</w:t>
      </w:r>
      <w:r w:rsidRPr="00142492">
        <w:rPr>
          <w:rFonts w:ascii="Times New Roman" w:hAnsi="Times New Roman" w:cs="Times New Roman"/>
          <w:sz w:val="24"/>
          <w:szCs w:val="24"/>
        </w:rPr>
        <w:t>hey're all concentrated except for one passing reference in Section 59</w:t>
      </w:r>
      <w:r w:rsidR="009E56A2"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these eight verses that does that signal they're not important? I've come to think that it's just the opposite. Here's the gig, and here's what I'm saying about it. </w:t>
      </w:r>
      <w:r w:rsidR="009E56A2" w:rsidRPr="00142492">
        <w:rPr>
          <w:rFonts w:ascii="Times New Roman" w:hAnsi="Times New Roman" w:cs="Times New Roman"/>
          <w:sz w:val="24"/>
          <w:szCs w:val="24"/>
        </w:rPr>
        <w:t>V</w:t>
      </w:r>
      <w:r w:rsidRPr="00142492">
        <w:rPr>
          <w:rFonts w:ascii="Times New Roman" w:hAnsi="Times New Roman" w:cs="Times New Roman"/>
          <w:sz w:val="24"/>
          <w:szCs w:val="24"/>
        </w:rPr>
        <w:t>erses nine through 16 of Section 59 seem clear, consequential</w:t>
      </w:r>
      <w:r w:rsidR="009E56A2"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blessedly simple</w:t>
      </w:r>
      <w:r w:rsidR="009E56A2" w:rsidRPr="00142492">
        <w:rPr>
          <w:rFonts w:ascii="Times New Roman" w:hAnsi="Times New Roman" w:cs="Times New Roman"/>
          <w:sz w:val="24"/>
          <w:szCs w:val="24"/>
        </w:rPr>
        <w:t>. I</w:t>
      </w:r>
      <w:r w:rsidRPr="00142492">
        <w:rPr>
          <w:rFonts w:ascii="Times New Roman" w:hAnsi="Times New Roman" w:cs="Times New Roman"/>
          <w:sz w:val="24"/>
          <w:szCs w:val="24"/>
        </w:rPr>
        <w:t>n order to remain unspotted from the world and to receive the</w:t>
      </w:r>
      <w:r w:rsidR="009E56A2"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if I </w:t>
      </w:r>
      <w:r w:rsidRPr="00142492">
        <w:rPr>
          <w:rFonts w:ascii="Times New Roman" w:hAnsi="Times New Roman" w:cs="Times New Roman"/>
          <w:sz w:val="24"/>
          <w:szCs w:val="24"/>
        </w:rPr>
        <w:lastRenderedPageBreak/>
        <w:t>was a little elliptical there, Sabbath's a time thing</w:t>
      </w:r>
      <w:r w:rsidR="009E56A2" w:rsidRPr="00142492">
        <w:rPr>
          <w:rFonts w:ascii="Times New Roman" w:hAnsi="Times New Roman" w:cs="Times New Roman"/>
          <w:sz w:val="24"/>
          <w:szCs w:val="24"/>
        </w:rPr>
        <w:t>. E</w:t>
      </w:r>
      <w:r w:rsidRPr="00142492">
        <w:rPr>
          <w:rFonts w:ascii="Times New Roman" w:hAnsi="Times New Roman" w:cs="Times New Roman"/>
          <w:sz w:val="24"/>
          <w:szCs w:val="24"/>
        </w:rPr>
        <w:t>verything about this conversation follows is a time thing, because Sabbath</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is a day, but it's not a day that can be reduced to a day on the calendar. Sabbath is a philosophy in the form of time. It's an ambience in the guise of time. </w:t>
      </w:r>
    </w:p>
    <w:p w14:paraId="131C0C1D" w14:textId="7A2DCEE6" w:rsidR="00D130AD"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Doctrine</w:t>
      </w:r>
      <w:r w:rsidR="00D130AD" w:rsidRPr="00142492">
        <w:rPr>
          <w:rFonts w:ascii="Times New Roman" w:hAnsi="Times New Roman" w:cs="Times New Roman"/>
          <w:sz w:val="24"/>
          <w:szCs w:val="24"/>
        </w:rPr>
        <w:t xml:space="preserve"> and </w:t>
      </w:r>
      <w:r w:rsidR="009E56A2" w:rsidRPr="00142492">
        <w:rPr>
          <w:rFonts w:ascii="Times New Roman" w:hAnsi="Times New Roman" w:cs="Times New Roman"/>
          <w:sz w:val="24"/>
          <w:szCs w:val="24"/>
        </w:rPr>
        <w:t>C</w:t>
      </w:r>
      <w:r w:rsidRPr="00142492">
        <w:rPr>
          <w:rFonts w:ascii="Times New Roman" w:hAnsi="Times New Roman" w:cs="Times New Roman"/>
          <w:sz w:val="24"/>
          <w:szCs w:val="24"/>
        </w:rPr>
        <w:t>ovenants</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xml:space="preserve"> in order to receive</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you and I, who are part of an anxious generation and a frenetic generation</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xml:space="preserve"> a hurried generation and a lonely generation</w:t>
      </w:r>
      <w:r w:rsidR="00D130AD" w:rsidRPr="00142492">
        <w:rPr>
          <w:rFonts w:ascii="Times New Roman" w:hAnsi="Times New Roman" w:cs="Times New Roman"/>
          <w:sz w:val="24"/>
          <w:szCs w:val="24"/>
        </w:rPr>
        <w:t>,</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that's us talking</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xml:space="preserve"> in order to receive</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xml:space="preserve"> that's us listening. I hope the four gifts of temporal peace, the fullness of the Earth, a fullness of joy and eternal life, starts to sound like it's connected with Moses 1</w:t>
      </w:r>
      <w:r w:rsidR="00672DAC" w:rsidRPr="00142492">
        <w:rPr>
          <w:rFonts w:ascii="Times New Roman" w:hAnsi="Times New Roman" w:cs="Times New Roman"/>
          <w:sz w:val="24"/>
          <w:szCs w:val="24"/>
        </w:rPr>
        <w:t>:</w:t>
      </w:r>
      <w:r w:rsidRPr="00142492">
        <w:rPr>
          <w:rFonts w:ascii="Times New Roman" w:hAnsi="Times New Roman" w:cs="Times New Roman"/>
          <w:sz w:val="24"/>
          <w:szCs w:val="24"/>
        </w:rPr>
        <w:t>39</w:t>
      </w:r>
      <w:r w:rsidR="00554EEE"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the </w:t>
      </w:r>
      <w:r w:rsidR="00D130AD" w:rsidRPr="00142492">
        <w:rPr>
          <w:rFonts w:ascii="Times New Roman" w:hAnsi="Times New Roman" w:cs="Times New Roman"/>
          <w:sz w:val="24"/>
          <w:szCs w:val="24"/>
        </w:rPr>
        <w:t>S</w:t>
      </w:r>
      <w:r w:rsidRPr="00142492">
        <w:rPr>
          <w:rFonts w:ascii="Times New Roman" w:hAnsi="Times New Roman" w:cs="Times New Roman"/>
          <w:sz w:val="24"/>
          <w:szCs w:val="24"/>
        </w:rPr>
        <w:t xml:space="preserve">aints were told on the Lord's holy day that with thanksgiving and cheerful hearts, we are to do four things and four things only, to rest from their labors, to go to the house of prayer, to offer up sacraments and vows and oblations, to confess their sins and to prepare their food with singleness of heart, </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do none other thing</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said the Lord</w:t>
      </w:r>
      <w:r w:rsidR="00D130AD" w:rsidRPr="00142492">
        <w:rPr>
          <w:rFonts w:ascii="Times New Roman" w:hAnsi="Times New Roman" w:cs="Times New Roman"/>
          <w:sz w:val="24"/>
          <w:szCs w:val="24"/>
        </w:rPr>
        <w:t>. “N</w:t>
      </w:r>
      <w:r w:rsidRPr="00142492">
        <w:rPr>
          <w:rFonts w:ascii="Times New Roman" w:hAnsi="Times New Roman" w:cs="Times New Roman"/>
          <w:sz w:val="24"/>
          <w:szCs w:val="24"/>
        </w:rPr>
        <w:t>one other thing</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xml:space="preserve"> really</w:t>
      </w:r>
      <w:r w:rsidR="00672DAC"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672DAC" w:rsidRPr="00142492">
        <w:rPr>
          <w:rFonts w:ascii="Times New Roman" w:hAnsi="Times New Roman" w:cs="Times New Roman"/>
          <w:sz w:val="24"/>
          <w:szCs w:val="24"/>
        </w:rPr>
        <w:t>I</w:t>
      </w:r>
      <w:r w:rsidRPr="00142492">
        <w:rPr>
          <w:rFonts w:ascii="Times New Roman" w:hAnsi="Times New Roman" w:cs="Times New Roman"/>
          <w:sz w:val="24"/>
          <w:szCs w:val="24"/>
        </w:rPr>
        <w:t>s that what your Sabbath look</w:t>
      </w:r>
      <w:r w:rsidR="00672DAC" w:rsidRPr="00142492">
        <w:rPr>
          <w:rFonts w:ascii="Times New Roman" w:hAnsi="Times New Roman" w:cs="Times New Roman"/>
          <w:sz w:val="24"/>
          <w:szCs w:val="24"/>
        </w:rPr>
        <w:t>s</w:t>
      </w:r>
      <w:r w:rsidRPr="00142492">
        <w:rPr>
          <w:rFonts w:ascii="Times New Roman" w:hAnsi="Times New Roman" w:cs="Times New Roman"/>
          <w:sz w:val="24"/>
          <w:szCs w:val="24"/>
        </w:rPr>
        <w:t xml:space="preserve"> like</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xml:space="preserve"> I was raised in an active, good family, and we kept the Sabbath day, and we had debates about whether you get a watch the Detroit Lions play on Sunday, or whether you don't. We parsed rules. We are like Amish, deciding whether their cars had to be all black, or you don't even get cars, or you could have silver bumpers on them, we'd have those kind</w:t>
      </w:r>
      <w:r w:rsidR="00616099" w:rsidRPr="00142492">
        <w:rPr>
          <w:rFonts w:ascii="Times New Roman" w:hAnsi="Times New Roman" w:cs="Times New Roman"/>
          <w:sz w:val="24"/>
          <w:szCs w:val="24"/>
        </w:rPr>
        <w:t>s</w:t>
      </w:r>
      <w:r w:rsidRPr="00142492">
        <w:rPr>
          <w:rFonts w:ascii="Times New Roman" w:hAnsi="Times New Roman" w:cs="Times New Roman"/>
          <w:sz w:val="24"/>
          <w:szCs w:val="24"/>
        </w:rPr>
        <w:t xml:space="preserve"> of conversations about the Sabbath.</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I had a privileged childhood</w:t>
      </w:r>
      <w:r w:rsidR="00D130AD" w:rsidRPr="00142492">
        <w:rPr>
          <w:rFonts w:ascii="Times New Roman" w:hAnsi="Times New Roman" w:cs="Times New Roman"/>
          <w:sz w:val="24"/>
          <w:szCs w:val="24"/>
        </w:rPr>
        <w:t>, b</w:t>
      </w:r>
      <w:r w:rsidRPr="00142492">
        <w:rPr>
          <w:rFonts w:ascii="Times New Roman" w:hAnsi="Times New Roman" w:cs="Times New Roman"/>
          <w:sz w:val="24"/>
          <w:szCs w:val="24"/>
        </w:rPr>
        <w:t>ut really,</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is the Lord serious? Or do we not want to think about that</w:t>
      </w:r>
      <w:r w:rsidR="00D130AD" w:rsidRPr="00142492">
        <w:rPr>
          <w:rFonts w:ascii="Times New Roman" w:hAnsi="Times New Roman" w:cs="Times New Roman"/>
          <w:sz w:val="24"/>
          <w:szCs w:val="24"/>
        </w:rPr>
        <w:t xml:space="preserve"> b</w:t>
      </w:r>
      <w:r w:rsidRPr="00142492">
        <w:rPr>
          <w:rFonts w:ascii="Times New Roman" w:hAnsi="Times New Roman" w:cs="Times New Roman"/>
          <w:sz w:val="24"/>
          <w:szCs w:val="24"/>
        </w:rPr>
        <w:t>ecause it doesn't exist in Section</w:t>
      </w:r>
      <w:r w:rsidR="00616099" w:rsidRPr="00142492">
        <w:rPr>
          <w:rFonts w:ascii="Times New Roman" w:hAnsi="Times New Roman" w:cs="Times New Roman"/>
          <w:sz w:val="24"/>
          <w:szCs w:val="24"/>
        </w:rPr>
        <w:t>s</w:t>
      </w:r>
      <w:r w:rsidRPr="00142492">
        <w:rPr>
          <w:rFonts w:ascii="Times New Roman" w:hAnsi="Times New Roman" w:cs="Times New Roman"/>
          <w:sz w:val="24"/>
          <w:szCs w:val="24"/>
        </w:rPr>
        <w:t xml:space="preserve"> 49 and 23 also.</w:t>
      </w:r>
      <w:r w:rsidR="00672DAC" w:rsidRPr="00142492">
        <w:rPr>
          <w:rFonts w:ascii="Times New Roman" w:hAnsi="Times New Roman" w:cs="Times New Roman"/>
          <w:sz w:val="24"/>
          <w:szCs w:val="24"/>
        </w:rPr>
        <w:t xml:space="preserve"> So</w:t>
      </w:r>
      <w:r w:rsidRPr="00142492">
        <w:rPr>
          <w:rFonts w:ascii="Times New Roman" w:hAnsi="Times New Roman" w:cs="Times New Roman"/>
          <w:sz w:val="24"/>
          <w:szCs w:val="24"/>
        </w:rPr>
        <w:t xml:space="preserve"> I decided at one point that I was going to get serious about the gospel and conduct some experiments, some personal experiments. I wrote this down carefully, I'm going to read a page to you, to you accounting for my experiment</w:t>
      </w:r>
      <w:r w:rsidR="00D130AD" w:rsidRPr="00142492">
        <w:rPr>
          <w:rFonts w:ascii="Times New Roman" w:hAnsi="Times New Roman" w:cs="Times New Roman"/>
          <w:sz w:val="24"/>
          <w:szCs w:val="24"/>
        </w:rPr>
        <w:t>, s</w:t>
      </w:r>
      <w:r w:rsidRPr="00142492">
        <w:rPr>
          <w:rFonts w:ascii="Times New Roman" w:hAnsi="Times New Roman" w:cs="Times New Roman"/>
          <w:sz w:val="24"/>
          <w:szCs w:val="24"/>
        </w:rPr>
        <w:t>o forgive me for reading</w:t>
      </w:r>
      <w:r w:rsidR="00D130AD" w:rsidRPr="00142492">
        <w:rPr>
          <w:rFonts w:ascii="Times New Roman" w:hAnsi="Times New Roman" w:cs="Times New Roman"/>
          <w:sz w:val="24"/>
          <w:szCs w:val="24"/>
        </w:rPr>
        <w:t>.</w:t>
      </w:r>
      <w:r w:rsidR="00C575B5" w:rsidRPr="00142492">
        <w:rPr>
          <w:rFonts w:ascii="Times New Roman" w:hAnsi="Times New Roman" w:cs="Times New Roman"/>
          <w:sz w:val="24"/>
          <w:szCs w:val="24"/>
        </w:rPr>
        <w:t xml:space="preserve"> </w:t>
      </w:r>
      <w:r w:rsidR="00D130AD" w:rsidRPr="00142492">
        <w:rPr>
          <w:rFonts w:ascii="Times New Roman" w:hAnsi="Times New Roman" w:cs="Times New Roman"/>
          <w:sz w:val="24"/>
          <w:szCs w:val="24"/>
        </w:rPr>
        <w:t>“W</w:t>
      </w:r>
      <w:r w:rsidRPr="00142492">
        <w:rPr>
          <w:rFonts w:ascii="Times New Roman" w:hAnsi="Times New Roman" w:cs="Times New Roman"/>
          <w:sz w:val="24"/>
          <w:szCs w:val="24"/>
        </w:rPr>
        <w:t>ith the autonomy of young adulthood, the stakes about the church seemed to rise for me, my peers and I entered college and the grown</w:t>
      </w:r>
      <w:r w:rsidR="00616099" w:rsidRPr="00142492">
        <w:rPr>
          <w:rFonts w:ascii="Times New Roman" w:hAnsi="Times New Roman" w:cs="Times New Roman"/>
          <w:sz w:val="24"/>
          <w:szCs w:val="24"/>
        </w:rPr>
        <w:t>-</w:t>
      </w:r>
      <w:r w:rsidRPr="00142492">
        <w:rPr>
          <w:rFonts w:ascii="Times New Roman" w:hAnsi="Times New Roman" w:cs="Times New Roman"/>
          <w:sz w:val="24"/>
          <w:szCs w:val="24"/>
        </w:rPr>
        <w:t xml:space="preserve">up world, and those who studied this world, as well as merely preparing for a career, also encountered complexity and ambiguity. Some friends continued in the faith with little turmoil. Others grew confused, indifferent, or even hostile. Over time, I was provoked to face a mirror more searchingly than in my earlier life, not to drift </w:t>
      </w:r>
      <w:r w:rsidRPr="00142492">
        <w:rPr>
          <w:rFonts w:ascii="Times New Roman" w:hAnsi="Times New Roman" w:cs="Times New Roman"/>
          <w:sz w:val="24"/>
          <w:szCs w:val="24"/>
        </w:rPr>
        <w:lastRenderedPageBreak/>
        <w:t xml:space="preserve">from the church with friends who did would require compelling reasons. I was not preoccupied solely with a distant after </w:t>
      </w:r>
      <w:r w:rsidR="00D130AD" w:rsidRPr="00142492">
        <w:rPr>
          <w:rFonts w:ascii="Times New Roman" w:hAnsi="Times New Roman" w:cs="Times New Roman"/>
          <w:sz w:val="24"/>
          <w:szCs w:val="24"/>
        </w:rPr>
        <w:t>w</w:t>
      </w:r>
      <w:r w:rsidRPr="00142492">
        <w:rPr>
          <w:rFonts w:ascii="Times New Roman" w:hAnsi="Times New Roman" w:cs="Times New Roman"/>
          <w:sz w:val="24"/>
          <w:szCs w:val="24"/>
        </w:rPr>
        <w:t>orld</w:t>
      </w:r>
      <w:r w:rsidR="00D130AD" w:rsidRPr="00142492">
        <w:rPr>
          <w:rFonts w:ascii="Times New Roman" w:hAnsi="Times New Roman" w:cs="Times New Roman"/>
          <w:sz w:val="24"/>
          <w:szCs w:val="24"/>
        </w:rPr>
        <w:t>,</w:t>
      </w:r>
      <w:r w:rsidRPr="00142492">
        <w:rPr>
          <w:rFonts w:ascii="Times New Roman" w:hAnsi="Times New Roman" w:cs="Times New Roman"/>
          <w:sz w:val="24"/>
          <w:szCs w:val="24"/>
        </w:rPr>
        <w:t xml:space="preserve"> I was more immediately moved by the question of how I was to exist in the here and the now. The quality of my human life was up for grabs as I became more exposed to the world's cacophony, to its wonders and puzzles and conflict and calamity, I had to judge in what voices I should invest. How was I to employ my days and with whom and to what end?</w:t>
      </w:r>
      <w:r w:rsidR="00C575B5" w:rsidRPr="00142492">
        <w:rPr>
          <w:rFonts w:ascii="Times New Roman" w:hAnsi="Times New Roman" w:cs="Times New Roman"/>
          <w:sz w:val="24"/>
          <w:szCs w:val="24"/>
        </w:rPr>
        <w:t xml:space="preserve"> </w:t>
      </w:r>
      <w:r w:rsidR="00D130AD" w:rsidRPr="00142492">
        <w:rPr>
          <w:rFonts w:ascii="Times New Roman" w:hAnsi="Times New Roman" w:cs="Times New Roman"/>
          <w:sz w:val="24"/>
          <w:szCs w:val="24"/>
        </w:rPr>
        <w:t>W</w:t>
      </w:r>
      <w:r w:rsidRPr="00142492">
        <w:rPr>
          <w:rFonts w:ascii="Times New Roman" w:hAnsi="Times New Roman" w:cs="Times New Roman"/>
          <w:sz w:val="24"/>
          <w:szCs w:val="24"/>
        </w:rPr>
        <w:t>hat did I fundamentally believe and on what grounds, who and what was I to become</w:t>
      </w:r>
      <w:r w:rsidR="00D130AD" w:rsidRPr="00142492">
        <w:rPr>
          <w:rFonts w:ascii="Times New Roman" w:hAnsi="Times New Roman" w:cs="Times New Roman"/>
          <w:sz w:val="24"/>
          <w:szCs w:val="24"/>
        </w:rPr>
        <w:t>.”</w:t>
      </w:r>
    </w:p>
    <w:p w14:paraId="7317EDB0" w14:textId="77777777" w:rsidR="00F65743" w:rsidRPr="00142492" w:rsidRDefault="00F65743"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As I decided to conduct this experiment, it was as applicable to the slice of time that we call the Sabbath as to the other gospel principles. Hence, I interrogated my understanding of it. I interrogated others in heaven too. Taking the sacrament remained meaningful to me, and meeting regularly with the saints seemed good, but how essential to me were Sabbath days as a whole? Was I confident deep down that the ascetic Sabbath routine delineated in Section 59 would somehow make me more holy?</w:t>
      </w:r>
      <w:r w:rsidR="00C575B5" w:rsidRPr="00142492">
        <w:rPr>
          <w:rFonts w:ascii="Times New Roman" w:hAnsi="Times New Roman" w:cs="Times New Roman"/>
          <w:sz w:val="24"/>
          <w:szCs w:val="24"/>
        </w:rPr>
        <w:t xml:space="preserve"> </w:t>
      </w:r>
    </w:p>
    <w:p w14:paraId="11B83CDA" w14:textId="231AC510" w:rsidR="001A5F08"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A summary question governed all the others, I began to ask of the Sabbath</w:t>
      </w:r>
      <w:r w:rsidR="001A5F08" w:rsidRPr="00142492">
        <w:rPr>
          <w:rFonts w:ascii="Times New Roman" w:hAnsi="Times New Roman" w:cs="Times New Roman"/>
          <w:sz w:val="24"/>
          <w:szCs w:val="24"/>
        </w:rPr>
        <w:t>,</w:t>
      </w:r>
      <w:r w:rsidRPr="00142492">
        <w:rPr>
          <w:rFonts w:ascii="Times New Roman" w:hAnsi="Times New Roman" w:cs="Times New Roman"/>
          <w:sz w:val="24"/>
          <w:szCs w:val="24"/>
        </w:rPr>
        <w:t xml:space="preserve"> of the many choices before me, would it genuinely benefit me and please God, if I were to expend 1/7 of the remainder of my life encompassing the Sabbath, doing just those four things</w:t>
      </w:r>
      <w:r w:rsidR="00F65743"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1/7 in my life doing just those four things, was that </w:t>
      </w:r>
      <w:r w:rsidR="00F65743" w:rsidRPr="00142492">
        <w:rPr>
          <w:rFonts w:ascii="Times New Roman" w:hAnsi="Times New Roman" w:cs="Times New Roman"/>
          <w:sz w:val="24"/>
          <w:szCs w:val="24"/>
        </w:rPr>
        <w:t>w</w:t>
      </w:r>
      <w:r w:rsidRPr="00142492">
        <w:rPr>
          <w:rFonts w:ascii="Times New Roman" w:hAnsi="Times New Roman" w:cs="Times New Roman"/>
          <w:sz w:val="24"/>
          <w:szCs w:val="24"/>
        </w:rPr>
        <w:t>hat holiness looked like</w:t>
      </w:r>
      <w:r w:rsidR="00F65743" w:rsidRPr="00142492">
        <w:rPr>
          <w:rFonts w:ascii="Times New Roman" w:hAnsi="Times New Roman" w:cs="Times New Roman"/>
          <w:sz w:val="24"/>
          <w:szCs w:val="24"/>
        </w:rPr>
        <w:t>?</w:t>
      </w:r>
      <w:r w:rsidRPr="00142492">
        <w:rPr>
          <w:rFonts w:ascii="Times New Roman" w:hAnsi="Times New Roman" w:cs="Times New Roman"/>
          <w:sz w:val="24"/>
          <w:szCs w:val="24"/>
        </w:rPr>
        <w:t xml:space="preserve"> I realized that</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leveling that </w:t>
      </w:r>
      <w:r w:rsidR="00672DAC" w:rsidRPr="00142492">
        <w:rPr>
          <w:rFonts w:ascii="Times New Roman" w:hAnsi="Times New Roman" w:cs="Times New Roman"/>
          <w:sz w:val="24"/>
          <w:szCs w:val="24"/>
        </w:rPr>
        <w:t>divot</w:t>
      </w:r>
      <w:r w:rsidR="001A5F08" w:rsidRPr="00142492">
        <w:rPr>
          <w:rFonts w:ascii="Times New Roman" w:hAnsi="Times New Roman" w:cs="Times New Roman"/>
          <w:sz w:val="24"/>
          <w:szCs w:val="24"/>
        </w:rPr>
        <w:t>,</w:t>
      </w:r>
      <w:r w:rsidRPr="00142492">
        <w:rPr>
          <w:rFonts w:ascii="Times New Roman" w:hAnsi="Times New Roman" w:cs="Times New Roman"/>
          <w:sz w:val="24"/>
          <w:szCs w:val="24"/>
        </w:rPr>
        <w:t xml:space="preserve"> against my time, against my life, would be more costly, a more costly chunk of my life than tithing was of my funds. Provoked to and by such inquiry, I decided to put God's </w:t>
      </w:r>
      <w:r w:rsidR="00672DAC" w:rsidRPr="00142492">
        <w:rPr>
          <w:rFonts w:ascii="Times New Roman" w:hAnsi="Times New Roman" w:cs="Times New Roman"/>
          <w:sz w:val="24"/>
          <w:szCs w:val="24"/>
        </w:rPr>
        <w:t>w</w:t>
      </w:r>
      <w:r w:rsidRPr="00142492">
        <w:rPr>
          <w:rFonts w:ascii="Times New Roman" w:hAnsi="Times New Roman" w:cs="Times New Roman"/>
          <w:sz w:val="24"/>
          <w:szCs w:val="24"/>
        </w:rPr>
        <w:t>ord</w:t>
      </w:r>
      <w:r w:rsidR="00672DAC" w:rsidRPr="00142492">
        <w:rPr>
          <w:rFonts w:ascii="Times New Roman" w:hAnsi="Times New Roman" w:cs="Times New Roman"/>
          <w:sz w:val="24"/>
          <w:szCs w:val="24"/>
        </w:rPr>
        <w:t>s</w:t>
      </w:r>
      <w:r w:rsidRPr="00142492">
        <w:rPr>
          <w:rFonts w:ascii="Times New Roman" w:hAnsi="Times New Roman" w:cs="Times New Roman"/>
          <w:sz w:val="24"/>
          <w:szCs w:val="24"/>
        </w:rPr>
        <w:t xml:space="preserve"> to the test, as God's word advises</w:t>
      </w:r>
      <w:r w:rsidR="001A5F08" w:rsidRPr="00142492">
        <w:rPr>
          <w:rFonts w:ascii="Times New Roman" w:hAnsi="Times New Roman" w:cs="Times New Roman"/>
          <w:sz w:val="24"/>
          <w:szCs w:val="24"/>
        </w:rPr>
        <w:t>.</w:t>
      </w:r>
      <w:r w:rsidRPr="00142492">
        <w:rPr>
          <w:rFonts w:ascii="Times New Roman" w:hAnsi="Times New Roman" w:cs="Times New Roman"/>
          <w:sz w:val="24"/>
          <w:szCs w:val="24"/>
        </w:rPr>
        <w:t xml:space="preserve"> I studied</w:t>
      </w:r>
      <w:r w:rsidR="001A5F08" w:rsidRPr="00142492">
        <w:rPr>
          <w:rFonts w:ascii="Times New Roman" w:hAnsi="Times New Roman" w:cs="Times New Roman"/>
          <w:sz w:val="24"/>
          <w:szCs w:val="24"/>
        </w:rPr>
        <w:t>,</w:t>
      </w:r>
      <w:r w:rsidRPr="00142492">
        <w:rPr>
          <w:rFonts w:ascii="Times New Roman" w:hAnsi="Times New Roman" w:cs="Times New Roman"/>
          <w:sz w:val="24"/>
          <w:szCs w:val="24"/>
        </w:rPr>
        <w:t xml:space="preserve"> I thought</w:t>
      </w:r>
      <w:r w:rsidR="001A5F08" w:rsidRPr="00142492">
        <w:rPr>
          <w:rFonts w:ascii="Times New Roman" w:hAnsi="Times New Roman" w:cs="Times New Roman"/>
          <w:sz w:val="24"/>
          <w:szCs w:val="24"/>
        </w:rPr>
        <w:t>,</w:t>
      </w:r>
      <w:r w:rsidRPr="00142492">
        <w:rPr>
          <w:rFonts w:ascii="Times New Roman" w:hAnsi="Times New Roman" w:cs="Times New Roman"/>
          <w:sz w:val="24"/>
          <w:szCs w:val="24"/>
        </w:rPr>
        <w:t xml:space="preserve"> I spied on </w:t>
      </w:r>
      <w:r w:rsidR="001A5F08" w:rsidRPr="00142492">
        <w:rPr>
          <w:rFonts w:ascii="Times New Roman" w:hAnsi="Times New Roman" w:cs="Times New Roman"/>
          <w:sz w:val="24"/>
          <w:szCs w:val="24"/>
        </w:rPr>
        <w:t>people, and</w:t>
      </w:r>
      <w:r w:rsidRPr="00142492">
        <w:rPr>
          <w:rFonts w:ascii="Times New Roman" w:hAnsi="Times New Roman" w:cs="Times New Roman"/>
          <w:sz w:val="24"/>
          <w:szCs w:val="24"/>
        </w:rPr>
        <w:t xml:space="preserve"> watched how they did Sabbath and how it worked. My sixth</w:t>
      </w:r>
      <w:r w:rsidR="001A5F08" w:rsidRPr="00142492">
        <w:rPr>
          <w:rFonts w:ascii="Times New Roman" w:hAnsi="Times New Roman" w:cs="Times New Roman"/>
          <w:sz w:val="24"/>
          <w:szCs w:val="24"/>
        </w:rPr>
        <w:t xml:space="preserve">-month </w:t>
      </w:r>
      <w:r w:rsidRPr="00142492">
        <w:rPr>
          <w:rFonts w:ascii="Times New Roman" w:hAnsi="Times New Roman" w:cs="Times New Roman"/>
          <w:sz w:val="24"/>
          <w:szCs w:val="24"/>
        </w:rPr>
        <w:t>experiment centered on the attempt for one day each week to live a radical Sabbath, to separate sacred time from mundane time</w:t>
      </w:r>
      <w:r w:rsidR="001A5F08" w:rsidRPr="00142492">
        <w:rPr>
          <w:rFonts w:ascii="Times New Roman" w:hAnsi="Times New Roman" w:cs="Times New Roman"/>
          <w:sz w:val="24"/>
          <w:szCs w:val="24"/>
        </w:rPr>
        <w:t>, m</w:t>
      </w:r>
      <w:r w:rsidRPr="00142492">
        <w:rPr>
          <w:rFonts w:ascii="Times New Roman" w:hAnsi="Times New Roman" w:cs="Times New Roman"/>
          <w:sz w:val="24"/>
          <w:szCs w:val="24"/>
        </w:rPr>
        <w:t>ore thoroughly than ever I'd previously done</w:t>
      </w:r>
      <w:r w:rsidR="001A5F08" w:rsidRPr="00142492">
        <w:rPr>
          <w:rFonts w:ascii="Times New Roman" w:hAnsi="Times New Roman" w:cs="Times New Roman"/>
          <w:sz w:val="24"/>
          <w:szCs w:val="24"/>
        </w:rPr>
        <w:t>,</w:t>
      </w:r>
      <w:r w:rsidRPr="00142492">
        <w:rPr>
          <w:rFonts w:ascii="Times New Roman" w:hAnsi="Times New Roman" w:cs="Times New Roman"/>
          <w:sz w:val="24"/>
          <w:szCs w:val="24"/>
        </w:rPr>
        <w:t xml:space="preserve"> to see what would transpire</w:t>
      </w:r>
      <w:r w:rsidR="001A5F08"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p>
    <w:p w14:paraId="3D07BB24" w14:textId="77777777" w:rsidR="00C12479" w:rsidRPr="00142492" w:rsidRDefault="001A5F08"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 xml:space="preserve">Each Saturday, I took brief but real pains to design what the following day would look like within the </w:t>
      </w:r>
      <w:r w:rsidRPr="00142492">
        <w:rPr>
          <w:rFonts w:ascii="Times New Roman" w:hAnsi="Times New Roman" w:cs="Times New Roman"/>
          <w:i/>
          <w:iCs/>
          <w:sz w:val="24"/>
          <w:szCs w:val="24"/>
        </w:rPr>
        <w:t>Spartan</w:t>
      </w:r>
      <w:r w:rsidRPr="00142492">
        <w:rPr>
          <w:rFonts w:ascii="Times New Roman" w:hAnsi="Times New Roman" w:cs="Times New Roman"/>
          <w:sz w:val="24"/>
          <w:szCs w:val="24"/>
        </w:rPr>
        <w:t xml:space="preserve"> constraints of Section 59.</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My friends doubtless thought me somewhat immoderate, but the experiment intrigued me. It was a good project for the curious. Here's what happened: when I </w:t>
      </w:r>
      <w:r w:rsidRPr="00142492">
        <w:rPr>
          <w:rFonts w:ascii="Times New Roman" w:hAnsi="Times New Roman" w:cs="Times New Roman"/>
          <w:sz w:val="24"/>
          <w:szCs w:val="24"/>
        </w:rPr>
        <w:lastRenderedPageBreak/>
        <w:t>kept my new Sabbath, I</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mean, really kept, that I didn't get up and plan what it was going to be like, I did that on Saturday, I had it framed out. When I kept my new Sabbath, I became smarter, less distracted by trivia or annoyance, and more attuned to wonder, worship other people, and the things that matter most because of the Sabbath, my prayers changed</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C12479" w:rsidRPr="00142492">
        <w:rPr>
          <w:rFonts w:ascii="Times New Roman" w:hAnsi="Times New Roman" w:cs="Times New Roman"/>
          <w:sz w:val="24"/>
          <w:szCs w:val="24"/>
        </w:rPr>
        <w:t>A</w:t>
      </w:r>
      <w:r w:rsidRPr="00142492">
        <w:rPr>
          <w:rFonts w:ascii="Times New Roman" w:hAnsi="Times New Roman" w:cs="Times New Roman"/>
          <w:sz w:val="24"/>
          <w:szCs w:val="24"/>
        </w:rPr>
        <w:t>t times</w:t>
      </w:r>
      <w:r w:rsidR="00C12479" w:rsidRPr="00142492">
        <w:rPr>
          <w:rFonts w:ascii="Times New Roman" w:hAnsi="Times New Roman" w:cs="Times New Roman"/>
          <w:sz w:val="24"/>
          <w:szCs w:val="24"/>
        </w:rPr>
        <w:t xml:space="preserve"> i</w:t>
      </w:r>
      <w:r w:rsidRPr="00142492">
        <w:rPr>
          <w:rFonts w:ascii="Times New Roman" w:hAnsi="Times New Roman" w:cs="Times New Roman"/>
          <w:sz w:val="24"/>
          <w:szCs w:val="24"/>
        </w:rPr>
        <w:t>t seems like the prayer</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like the day, became prayer, not wholly on my knees, but centered on listening, attention, service</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an inner celebration of life and trust and freedom</w:t>
      </w:r>
      <w:r w:rsidR="00C12479" w:rsidRPr="00142492">
        <w:rPr>
          <w:rFonts w:ascii="Times New Roman" w:hAnsi="Times New Roman" w:cs="Times New Roman"/>
          <w:sz w:val="24"/>
          <w:szCs w:val="24"/>
        </w:rPr>
        <w:t>. A</w:t>
      </w:r>
      <w:r w:rsidRPr="00142492">
        <w:rPr>
          <w:rFonts w:ascii="Times New Roman" w:hAnsi="Times New Roman" w:cs="Times New Roman"/>
          <w:sz w:val="24"/>
          <w:szCs w:val="24"/>
        </w:rPr>
        <w:t xml:space="preserve">lthough I continued to plead with the Lord, sometimes I did so with a near absolute proviso of </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Thy will be done,</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more aware that my own will, untethered from God's will, is apparel. Hence I came to pray less for what I want than to be open to what already surrounds me, to see the Lord's hand in all things</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to make more room for the privilege of being, of abiding, of choosing</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I seem better able to detect those in need and how I might act in allegiance with them, and to better detect others who are not so much in need as they </w:t>
      </w:r>
      <w:r w:rsidR="00C12479" w:rsidRPr="00142492">
        <w:rPr>
          <w:rFonts w:ascii="Times New Roman" w:hAnsi="Times New Roman" w:cs="Times New Roman"/>
          <w:sz w:val="24"/>
          <w:szCs w:val="24"/>
        </w:rPr>
        <w:t>a</w:t>
      </w:r>
      <w:r w:rsidRPr="00142492">
        <w:rPr>
          <w:rFonts w:ascii="Times New Roman" w:hAnsi="Times New Roman" w:cs="Times New Roman"/>
          <w:sz w:val="24"/>
          <w:szCs w:val="24"/>
        </w:rPr>
        <w:t>re</w:t>
      </w:r>
      <w:r w:rsidR="00C12479"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people to be revered and learn from. I saw human beings </w:t>
      </w:r>
      <w:r w:rsidR="00C12479" w:rsidRPr="00142492">
        <w:rPr>
          <w:rFonts w:ascii="Times New Roman" w:hAnsi="Times New Roman" w:cs="Times New Roman"/>
          <w:sz w:val="24"/>
          <w:szCs w:val="24"/>
        </w:rPr>
        <w:t xml:space="preserve">better </w:t>
      </w:r>
      <w:r w:rsidRPr="00142492">
        <w:rPr>
          <w:rFonts w:ascii="Times New Roman" w:hAnsi="Times New Roman" w:cs="Times New Roman"/>
          <w:sz w:val="24"/>
          <w:szCs w:val="24"/>
        </w:rPr>
        <w:t>when I was in Sabbath mode. Because of the Sabbath, my awareness quickened. This is important, and it didn't come from Pharisaic</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thou shalt nots</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w:t>
      </w:r>
      <w:r w:rsidR="00C12479" w:rsidRPr="00142492">
        <w:rPr>
          <w:rFonts w:ascii="Times New Roman" w:hAnsi="Times New Roman" w:cs="Times New Roman"/>
          <w:sz w:val="24"/>
          <w:szCs w:val="24"/>
        </w:rPr>
        <w:t>I</w:t>
      </w:r>
      <w:r w:rsidRPr="00142492">
        <w:rPr>
          <w:rFonts w:ascii="Times New Roman" w:hAnsi="Times New Roman" w:cs="Times New Roman"/>
          <w:sz w:val="24"/>
          <w:szCs w:val="24"/>
        </w:rPr>
        <w:t>t</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didn't emerge from, don't do this and don't do that, and only walk too many steps, and you can or can't watch a football game. It just was, I'm going to only do these four things, and </w:t>
      </w:r>
      <w:r w:rsidR="00C12479" w:rsidRPr="00142492">
        <w:rPr>
          <w:rFonts w:ascii="Times New Roman" w:hAnsi="Times New Roman" w:cs="Times New Roman"/>
          <w:sz w:val="24"/>
          <w:szCs w:val="24"/>
        </w:rPr>
        <w:t xml:space="preserve">every one </w:t>
      </w:r>
      <w:r w:rsidRPr="00142492">
        <w:rPr>
          <w:rFonts w:ascii="Times New Roman" w:hAnsi="Times New Roman" w:cs="Times New Roman"/>
          <w:sz w:val="24"/>
          <w:szCs w:val="24"/>
        </w:rPr>
        <w:t>that I listed already, and every action I take is going to be an oblation, an old</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fashioned word, a devotion to God. Every person I meet</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I'm going to see God and Christ in them.</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Because of the Sabbath, my awareness quickened to some unceasing invitation</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to and from God</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or to and from eternity. Moments of the day began to feel like a portal, a beckoning to something wider and something finer.</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My capacity for joy expanded despite a simultaneously </w:t>
      </w:r>
      <w:r w:rsidR="00C12479" w:rsidRPr="00142492">
        <w:rPr>
          <w:rFonts w:ascii="Times New Roman" w:hAnsi="Times New Roman" w:cs="Times New Roman"/>
          <w:sz w:val="24"/>
          <w:szCs w:val="24"/>
        </w:rPr>
        <w:t>en</w:t>
      </w:r>
      <w:r w:rsidRPr="00142492">
        <w:rPr>
          <w:rFonts w:ascii="Times New Roman" w:hAnsi="Times New Roman" w:cs="Times New Roman"/>
          <w:sz w:val="24"/>
          <w:szCs w:val="24"/>
        </w:rPr>
        <w:t>large</w:t>
      </w:r>
      <w:r w:rsidR="00C12479" w:rsidRPr="00142492">
        <w:rPr>
          <w:rFonts w:ascii="Times New Roman" w:hAnsi="Times New Roman" w:cs="Times New Roman"/>
          <w:sz w:val="24"/>
          <w:szCs w:val="24"/>
        </w:rPr>
        <w:t>d</w:t>
      </w:r>
      <w:r w:rsidRPr="00142492">
        <w:rPr>
          <w:rFonts w:ascii="Times New Roman" w:hAnsi="Times New Roman" w:cs="Times New Roman"/>
          <w:sz w:val="24"/>
          <w:szCs w:val="24"/>
        </w:rPr>
        <w:t xml:space="preserve"> compassion for the world's </w:t>
      </w:r>
      <w:r w:rsidR="00C12479" w:rsidRPr="00142492">
        <w:rPr>
          <w:rFonts w:ascii="Times New Roman" w:hAnsi="Times New Roman" w:cs="Times New Roman"/>
          <w:sz w:val="24"/>
          <w:szCs w:val="24"/>
        </w:rPr>
        <w:t>ails</w:t>
      </w:r>
      <w:r w:rsidRPr="00142492">
        <w:rPr>
          <w:rFonts w:ascii="Times New Roman" w:hAnsi="Times New Roman" w:cs="Times New Roman"/>
          <w:sz w:val="24"/>
          <w:szCs w:val="24"/>
        </w:rPr>
        <w:t>. In this frame of mind, it seemed I was taking in more reality on this day, more color, more nuance sound, more texture, more possibility, more prompting, more education, more love</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and more awe, more wonder.</w:t>
      </w:r>
      <w:r w:rsidR="00C575B5" w:rsidRPr="00142492">
        <w:rPr>
          <w:rFonts w:ascii="Times New Roman" w:hAnsi="Times New Roman" w:cs="Times New Roman"/>
          <w:sz w:val="24"/>
          <w:szCs w:val="24"/>
        </w:rPr>
        <w:t xml:space="preserve"> </w:t>
      </w:r>
    </w:p>
    <w:p w14:paraId="3DCD078A" w14:textId="3EF3028D" w:rsidR="00C12479"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Last paragraph, and then I</w:t>
      </w:r>
      <w:r w:rsidR="00C12479" w:rsidRPr="00142492">
        <w:rPr>
          <w:rFonts w:ascii="Times New Roman" w:hAnsi="Times New Roman" w:cs="Times New Roman"/>
          <w:sz w:val="24"/>
          <w:szCs w:val="24"/>
        </w:rPr>
        <w:t>’d</w:t>
      </w:r>
      <w:r w:rsidRPr="00142492">
        <w:rPr>
          <w:rFonts w:ascii="Times New Roman" w:hAnsi="Times New Roman" w:cs="Times New Roman"/>
          <w:sz w:val="24"/>
          <w:szCs w:val="24"/>
        </w:rPr>
        <w:t xml:space="preserve"> better wrap up, because</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Chronos</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presses</w:t>
      </w:r>
    </w:p>
    <w:p w14:paraId="0398EB15" w14:textId="319BA633" w:rsidR="00C12479"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lastRenderedPageBreak/>
        <w:t>How was all this so?</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How was it possible? What I just experienced, the enhanced aliveness, strange but simple, became possible because the new Sabbath made more psychological and spiritual space in which I could operate</w:t>
      </w:r>
      <w:r w:rsidR="00C12479" w:rsidRPr="00142492">
        <w:rPr>
          <w:rFonts w:ascii="Times New Roman" w:hAnsi="Times New Roman" w:cs="Times New Roman"/>
          <w:sz w:val="24"/>
          <w:szCs w:val="24"/>
        </w:rPr>
        <w:t>. I</w:t>
      </w:r>
      <w:r w:rsidRPr="00142492">
        <w:rPr>
          <w:rFonts w:ascii="Times New Roman" w:hAnsi="Times New Roman" w:cs="Times New Roman"/>
          <w:sz w:val="24"/>
          <w:szCs w:val="24"/>
        </w:rPr>
        <w:t>t made more time, as it were, to apprehend what was all about me, unhurried and unbo</w:t>
      </w:r>
      <w:r w:rsidR="0050219C" w:rsidRPr="00142492">
        <w:rPr>
          <w:rFonts w:ascii="Times New Roman" w:hAnsi="Times New Roman" w:cs="Times New Roman"/>
          <w:sz w:val="24"/>
          <w:szCs w:val="24"/>
        </w:rPr>
        <w:t>red</w:t>
      </w:r>
      <w:r w:rsidRPr="00142492">
        <w:rPr>
          <w:rFonts w:ascii="Times New Roman" w:hAnsi="Times New Roman" w:cs="Times New Roman"/>
          <w:sz w:val="24"/>
          <w:szCs w:val="24"/>
        </w:rPr>
        <w:t>. I wasn't trying to use time or solve a problem with time or</w:t>
      </w:r>
      <w:r w:rsidR="00C12479" w:rsidRPr="00142492">
        <w:rPr>
          <w:rFonts w:ascii="Times New Roman" w:hAnsi="Times New Roman" w:cs="Times New Roman"/>
          <w:sz w:val="24"/>
          <w:szCs w:val="24"/>
        </w:rPr>
        <w:t xml:space="preserve"> c</w:t>
      </w:r>
      <w:r w:rsidRPr="00142492">
        <w:rPr>
          <w:rFonts w:ascii="Times New Roman" w:hAnsi="Times New Roman" w:cs="Times New Roman"/>
          <w:sz w:val="24"/>
          <w:szCs w:val="24"/>
        </w:rPr>
        <w:t>heck things off or prepare things during the day, so much as I was noticing them, being among them, marveling at them, and responding as Scripture describes, with thanksgiving and cheerful hearts and countenances. When steeped in such gratitude as this, I found I was full of grace, more conscious of the giftedness of all things, including each breath</w:t>
      </w:r>
      <w:r w:rsidR="00C12479" w:rsidRPr="00142492">
        <w:rPr>
          <w:rFonts w:ascii="Times New Roman" w:hAnsi="Times New Roman" w:cs="Times New Roman"/>
          <w:sz w:val="24"/>
          <w:szCs w:val="24"/>
        </w:rPr>
        <w:t>; t</w:t>
      </w:r>
      <w:r w:rsidRPr="00142492">
        <w:rPr>
          <w:rFonts w:ascii="Times New Roman" w:hAnsi="Times New Roman" w:cs="Times New Roman"/>
          <w:sz w:val="24"/>
          <w:szCs w:val="24"/>
        </w:rPr>
        <w:t>his</w:t>
      </w:r>
      <w:r w:rsidR="00C12479" w:rsidRPr="00142492">
        <w:rPr>
          <w:rFonts w:ascii="Times New Roman" w:hAnsi="Times New Roman" w:cs="Times New Roman"/>
          <w:sz w:val="24"/>
          <w:szCs w:val="24"/>
        </w:rPr>
        <w:t>,</w:t>
      </w:r>
      <w:r w:rsidRPr="00142492">
        <w:rPr>
          <w:rFonts w:ascii="Times New Roman" w:hAnsi="Times New Roman" w:cs="Times New Roman"/>
          <w:sz w:val="24"/>
          <w:szCs w:val="24"/>
        </w:rPr>
        <w:t xml:space="preserve"> in turn, spawned joy. Ironically, this kind of joy deepened when fasting, just as the </w:t>
      </w:r>
      <w:r w:rsidR="00C12479" w:rsidRPr="00142492">
        <w:rPr>
          <w:rFonts w:ascii="Times New Roman" w:hAnsi="Times New Roman" w:cs="Times New Roman"/>
          <w:sz w:val="24"/>
          <w:szCs w:val="24"/>
        </w:rPr>
        <w:t>D</w:t>
      </w:r>
      <w:r w:rsidRPr="00142492">
        <w:rPr>
          <w:rFonts w:ascii="Times New Roman" w:hAnsi="Times New Roman" w:cs="Times New Roman"/>
          <w:sz w:val="24"/>
          <w:szCs w:val="24"/>
        </w:rPr>
        <w:t xml:space="preserve">octrine and </w:t>
      </w:r>
      <w:r w:rsidR="00C12479" w:rsidRPr="00142492">
        <w:rPr>
          <w:rFonts w:ascii="Times New Roman" w:hAnsi="Times New Roman" w:cs="Times New Roman"/>
          <w:sz w:val="24"/>
          <w:szCs w:val="24"/>
        </w:rPr>
        <w:t>Covenants</w:t>
      </w:r>
      <w:r w:rsidRPr="00142492">
        <w:rPr>
          <w:rFonts w:ascii="Times New Roman" w:hAnsi="Times New Roman" w:cs="Times New Roman"/>
          <w:sz w:val="24"/>
          <w:szCs w:val="24"/>
        </w:rPr>
        <w:t xml:space="preserve"> section 59 suggests, oddly to my little boy self, you're going to try to persuade me that this fasting gig is bringing me joy</w:t>
      </w:r>
      <w:r w:rsidR="00C12479" w:rsidRPr="00142492">
        <w:rPr>
          <w:rFonts w:ascii="Times New Roman" w:hAnsi="Times New Roman" w:cs="Times New Roman"/>
          <w:sz w:val="24"/>
          <w:szCs w:val="24"/>
        </w:rPr>
        <w:t>, t</w:t>
      </w:r>
      <w:r w:rsidRPr="00142492">
        <w:rPr>
          <w:rFonts w:ascii="Times New Roman" w:hAnsi="Times New Roman" w:cs="Times New Roman"/>
          <w:sz w:val="24"/>
          <w:szCs w:val="24"/>
        </w:rPr>
        <w:t xml:space="preserve">hat's what happened, too. The abstention from stomach comfort freed me for heightened attention to my experiment and to an alliance with those in want. It also brought a sense of </w:t>
      </w:r>
      <w:r w:rsidR="00C12479" w:rsidRPr="00142492">
        <w:rPr>
          <w:rFonts w:ascii="Times New Roman" w:hAnsi="Times New Roman" w:cs="Times New Roman"/>
          <w:sz w:val="24"/>
          <w:szCs w:val="24"/>
        </w:rPr>
        <w:t>empowerment;</w:t>
      </w:r>
      <w:r w:rsidRPr="00142492">
        <w:rPr>
          <w:rFonts w:ascii="Times New Roman" w:hAnsi="Times New Roman" w:cs="Times New Roman"/>
          <w:sz w:val="24"/>
          <w:szCs w:val="24"/>
        </w:rPr>
        <w:t xml:space="preserve"> I was capable of pausing the ordinary world.</w:t>
      </w:r>
      <w:r w:rsidR="00C575B5" w:rsidRPr="00142492">
        <w:rPr>
          <w:rFonts w:ascii="Times New Roman" w:hAnsi="Times New Roman" w:cs="Times New Roman"/>
          <w:sz w:val="24"/>
          <w:szCs w:val="24"/>
        </w:rPr>
        <w:t xml:space="preserve"> </w:t>
      </w:r>
    </w:p>
    <w:p w14:paraId="5D267F87" w14:textId="3B43BB22" w:rsidR="00C12479"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Now I've got to skip a few things and see if I can end</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I'll</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end with this last page</w:t>
      </w:r>
      <w:r w:rsidR="00C12479" w:rsidRPr="00142492">
        <w:rPr>
          <w:rFonts w:ascii="Times New Roman" w:hAnsi="Times New Roman" w:cs="Times New Roman"/>
          <w:sz w:val="24"/>
          <w:szCs w:val="24"/>
        </w:rPr>
        <w:t>.</w:t>
      </w:r>
    </w:p>
    <w:p w14:paraId="1BA87852" w14:textId="24A1394F" w:rsidR="002D7C2B" w:rsidRPr="00142492" w:rsidRDefault="00000000"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I found by keeping a radical Sabbath, and radical, as some of you would know, does not mean in its history and its origins</w:t>
      </w:r>
      <w:r w:rsidR="002D7C2B" w:rsidRPr="00142492">
        <w:rPr>
          <w:rFonts w:ascii="Times New Roman" w:hAnsi="Times New Roman" w:cs="Times New Roman"/>
          <w:sz w:val="24"/>
          <w:szCs w:val="24"/>
        </w:rPr>
        <w:t>, i</w:t>
      </w:r>
      <w:r w:rsidRPr="00142492">
        <w:rPr>
          <w:rFonts w:ascii="Times New Roman" w:hAnsi="Times New Roman" w:cs="Times New Roman"/>
          <w:sz w:val="24"/>
          <w:szCs w:val="24"/>
        </w:rPr>
        <w:t>t does not mean extreme</w:t>
      </w:r>
      <w:r w:rsidR="002D7C2B" w:rsidRPr="00142492">
        <w:rPr>
          <w:rFonts w:ascii="Times New Roman" w:hAnsi="Times New Roman" w:cs="Times New Roman"/>
          <w:sz w:val="24"/>
          <w:szCs w:val="24"/>
        </w:rPr>
        <w:t>, t</w:t>
      </w:r>
      <w:r w:rsidRPr="00142492">
        <w:rPr>
          <w:rFonts w:ascii="Times New Roman" w:hAnsi="Times New Roman" w:cs="Times New Roman"/>
          <w:sz w:val="24"/>
          <w:szCs w:val="24"/>
        </w:rPr>
        <w:t>hat's a derivative sense we have, but rather radical means to get at the root, like a radish, a root of a vegetable or an idea, is a radical one</w:t>
      </w:r>
      <w:r w:rsidR="002D7C2B" w:rsidRPr="00142492">
        <w:rPr>
          <w:rFonts w:ascii="Times New Roman" w:hAnsi="Times New Roman" w:cs="Times New Roman"/>
          <w:sz w:val="24"/>
          <w:szCs w:val="24"/>
        </w:rPr>
        <w:t>.</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I sought to craft for myself, or to yield to the Divine, to a radical Sabbath, D</w:t>
      </w:r>
      <w:r w:rsidR="002D7C2B" w:rsidRPr="00142492">
        <w:rPr>
          <w:rFonts w:ascii="Times New Roman" w:hAnsi="Times New Roman" w:cs="Times New Roman"/>
          <w:sz w:val="24"/>
          <w:szCs w:val="24"/>
        </w:rPr>
        <w:t>&amp;</w:t>
      </w:r>
      <w:r w:rsidRPr="00142492">
        <w:rPr>
          <w:rFonts w:ascii="Times New Roman" w:hAnsi="Times New Roman" w:cs="Times New Roman"/>
          <w:sz w:val="24"/>
          <w:szCs w:val="24"/>
        </w:rPr>
        <w:t xml:space="preserve">C, 59 with its biblical background, because the </w:t>
      </w:r>
      <w:r w:rsidR="002D7C2B" w:rsidRPr="00142492">
        <w:rPr>
          <w:rFonts w:ascii="Times New Roman" w:hAnsi="Times New Roman" w:cs="Times New Roman"/>
          <w:sz w:val="24"/>
          <w:szCs w:val="24"/>
        </w:rPr>
        <w:t>w</w:t>
      </w:r>
      <w:r w:rsidRPr="00142492">
        <w:rPr>
          <w:rFonts w:ascii="Times New Roman" w:hAnsi="Times New Roman" w:cs="Times New Roman"/>
          <w:sz w:val="24"/>
          <w:szCs w:val="24"/>
        </w:rPr>
        <w:t>ord doesn't really mean to rest, by the way, Sabbath comes from ceasing,</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which is letting go of not ham</w:t>
      </w:r>
      <w:r w:rsidR="0050219C" w:rsidRPr="00142492">
        <w:rPr>
          <w:rFonts w:ascii="Times New Roman" w:hAnsi="Times New Roman" w:cs="Times New Roman"/>
          <w:sz w:val="24"/>
          <w:szCs w:val="24"/>
        </w:rPr>
        <w:t xml:space="preserve">mock </w:t>
      </w:r>
      <w:r w:rsidRPr="00142492">
        <w:rPr>
          <w:rFonts w:ascii="Times New Roman" w:hAnsi="Times New Roman" w:cs="Times New Roman"/>
          <w:sz w:val="24"/>
          <w:szCs w:val="24"/>
        </w:rPr>
        <w:t>rest, or certainly not vacation rest.</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I found that the Sabbath speaks.</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I found in the Sabbath a way to respond better to President Nelson's challenge to all of us. How do you hear him? I found that if I shut up with my consciousness and the chatter of the planning and the next things and the check</w:t>
      </w:r>
      <w:r w:rsidR="002D7C2B" w:rsidRPr="00142492">
        <w:rPr>
          <w:rFonts w:ascii="Times New Roman" w:hAnsi="Times New Roman" w:cs="Times New Roman"/>
          <w:sz w:val="24"/>
          <w:szCs w:val="24"/>
        </w:rPr>
        <w:t>-</w:t>
      </w:r>
      <w:r w:rsidRPr="00142492">
        <w:rPr>
          <w:rFonts w:ascii="Times New Roman" w:hAnsi="Times New Roman" w:cs="Times New Roman"/>
          <w:sz w:val="24"/>
          <w:szCs w:val="24"/>
        </w:rPr>
        <w:t>offs</w:t>
      </w:r>
      <w:r w:rsidR="002D7C2B" w:rsidRPr="00142492">
        <w:rPr>
          <w:rFonts w:ascii="Times New Roman" w:hAnsi="Times New Roman" w:cs="Times New Roman"/>
          <w:sz w:val="24"/>
          <w:szCs w:val="24"/>
        </w:rPr>
        <w:t>,</w:t>
      </w:r>
      <w:r w:rsidRPr="00142492">
        <w:rPr>
          <w:rFonts w:ascii="Times New Roman" w:hAnsi="Times New Roman" w:cs="Times New Roman"/>
          <w:sz w:val="24"/>
          <w:szCs w:val="24"/>
        </w:rPr>
        <w:t xml:space="preserve"> not imprisonment, but rather freedom from the anxieties and diversions of the ordinary world, and I could hear the voice of God better and answer President Nelson accordingly</w:t>
      </w:r>
      <w:r w:rsidR="002D7C2B" w:rsidRPr="00142492">
        <w:rPr>
          <w:rFonts w:ascii="Times New Roman" w:hAnsi="Times New Roman" w:cs="Times New Roman"/>
          <w:sz w:val="24"/>
          <w:szCs w:val="24"/>
        </w:rPr>
        <w:t>. A</w:t>
      </w:r>
      <w:r w:rsidRPr="00142492">
        <w:rPr>
          <w:rFonts w:ascii="Times New Roman" w:hAnsi="Times New Roman" w:cs="Times New Roman"/>
          <w:sz w:val="24"/>
          <w:szCs w:val="24"/>
        </w:rPr>
        <w:t xml:space="preserve">mong the ways I hear </w:t>
      </w:r>
      <w:r w:rsidRPr="00142492">
        <w:rPr>
          <w:rFonts w:ascii="Times New Roman" w:hAnsi="Times New Roman" w:cs="Times New Roman"/>
          <w:sz w:val="24"/>
          <w:szCs w:val="24"/>
        </w:rPr>
        <w:lastRenderedPageBreak/>
        <w:t>him is the Sabbath day</w:t>
      </w:r>
      <w:r w:rsidR="002D7C2B" w:rsidRPr="00142492">
        <w:rPr>
          <w:rFonts w:ascii="Times New Roman" w:hAnsi="Times New Roman" w:cs="Times New Roman"/>
          <w:sz w:val="24"/>
          <w:szCs w:val="24"/>
        </w:rPr>
        <w:t xml:space="preserve">, so </w:t>
      </w:r>
      <w:r w:rsidRPr="00142492">
        <w:rPr>
          <w:rFonts w:ascii="Times New Roman" w:hAnsi="Times New Roman" w:cs="Times New Roman"/>
          <w:sz w:val="24"/>
          <w:szCs w:val="24"/>
        </w:rPr>
        <w:t>I titled the chapter</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 xml:space="preserve">that spreads this out a little bit more in the book </w:t>
      </w:r>
      <w:r w:rsidR="002D7C2B" w:rsidRPr="00142492">
        <w:rPr>
          <w:rFonts w:ascii="Times New Roman" w:hAnsi="Times New Roman" w:cs="Times New Roman"/>
          <w:i/>
          <w:iCs/>
          <w:sz w:val="24"/>
          <w:szCs w:val="24"/>
        </w:rPr>
        <w:t>R</w:t>
      </w:r>
      <w:r w:rsidRPr="00142492">
        <w:rPr>
          <w:rFonts w:ascii="Times New Roman" w:hAnsi="Times New Roman" w:cs="Times New Roman"/>
          <w:i/>
          <w:iCs/>
          <w:sz w:val="24"/>
          <w:szCs w:val="24"/>
        </w:rPr>
        <w:t xml:space="preserve">adical Sabbath </w:t>
      </w:r>
      <w:r w:rsidR="002D7C2B" w:rsidRPr="00142492">
        <w:rPr>
          <w:rFonts w:ascii="Times New Roman" w:hAnsi="Times New Roman" w:cs="Times New Roman"/>
          <w:i/>
          <w:iCs/>
          <w:sz w:val="24"/>
          <w:szCs w:val="24"/>
        </w:rPr>
        <w:t>A</w:t>
      </w:r>
      <w:r w:rsidRPr="00142492">
        <w:rPr>
          <w:rFonts w:ascii="Times New Roman" w:hAnsi="Times New Roman" w:cs="Times New Roman"/>
          <w:i/>
          <w:iCs/>
          <w:sz w:val="24"/>
          <w:szCs w:val="24"/>
        </w:rPr>
        <w:t>coustics</w:t>
      </w:r>
      <w:r w:rsidRPr="00142492">
        <w:rPr>
          <w:rFonts w:ascii="Times New Roman" w:hAnsi="Times New Roman" w:cs="Times New Roman"/>
          <w:sz w:val="24"/>
          <w:szCs w:val="24"/>
        </w:rPr>
        <w:t>,</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you can hear better. By radical, I do not mean fanatical. I think of fanatical as a person, a fanatic as a person who doubles their speed when they've lost their way. A Sabbath is the opposite of th</w:t>
      </w:r>
      <w:r w:rsidR="002D7C2B" w:rsidRPr="00142492">
        <w:rPr>
          <w:rFonts w:ascii="Times New Roman" w:hAnsi="Times New Roman" w:cs="Times New Roman"/>
          <w:sz w:val="24"/>
          <w:szCs w:val="24"/>
        </w:rPr>
        <w:t>at, a</w:t>
      </w:r>
      <w:r w:rsidRPr="00142492">
        <w:rPr>
          <w:rFonts w:ascii="Times New Roman" w:hAnsi="Times New Roman" w:cs="Times New Roman"/>
          <w:sz w:val="24"/>
          <w:szCs w:val="24"/>
        </w:rPr>
        <w:t xml:space="preserve"> radical Sabbath is slowing, tempering your speed so you can find your way</w:t>
      </w:r>
      <w:r w:rsidR="002D7C2B" w:rsidRPr="00142492">
        <w:rPr>
          <w:rFonts w:ascii="Times New Roman" w:hAnsi="Times New Roman" w:cs="Times New Roman"/>
          <w:sz w:val="24"/>
          <w:szCs w:val="24"/>
        </w:rPr>
        <w:t xml:space="preserve">. </w:t>
      </w:r>
    </w:p>
    <w:p w14:paraId="5AD49C02" w14:textId="77777777" w:rsidR="002D7C2B" w:rsidRPr="00142492" w:rsidRDefault="002D7C2B" w:rsidP="00B637A3">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To end, the time is the zeroth principle of the gospel that can go beyond this little biopsy I've suggested of the Sabbath to every gospel principle, and it can yield</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superpowers, so I'll leave you with those thoughts.</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You can change the past,</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and you have just enough time,</w:t>
      </w:r>
      <w:r w:rsidR="00C12479" w:rsidRPr="00142492">
        <w:rPr>
          <w:rFonts w:ascii="Times New Roman" w:hAnsi="Times New Roman" w:cs="Times New Roman"/>
          <w:sz w:val="24"/>
          <w:szCs w:val="24"/>
        </w:rPr>
        <w:t xml:space="preserve"> </w:t>
      </w:r>
      <w:r w:rsidRPr="00142492">
        <w:rPr>
          <w:rFonts w:ascii="Times New Roman" w:hAnsi="Times New Roman" w:cs="Times New Roman"/>
          <w:sz w:val="24"/>
          <w:szCs w:val="24"/>
        </w:rPr>
        <w:t>and time is pliable and malleable, and you can help with the malleablizing. There are superpowers, including hearing God in time, on the Sabbath. Agency is a mirage,</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apart from mastery of a certain class of time, and we all suffer from a time wound of various sorts, some of which we have touched on today. How we think about the Millennium can hurt us and create an image of a vengeful,</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unforgiving, implacable God who, and it can prove Marx right.</w:t>
      </w:r>
      <w:r w:rsidR="00C575B5" w:rsidRPr="00142492">
        <w:rPr>
          <w:rFonts w:ascii="Times New Roman" w:hAnsi="Times New Roman" w:cs="Times New Roman"/>
          <w:sz w:val="24"/>
          <w:szCs w:val="24"/>
        </w:rPr>
        <w:t xml:space="preserve"> </w:t>
      </w:r>
      <w:r w:rsidRPr="00142492">
        <w:rPr>
          <w:rFonts w:ascii="Times New Roman" w:hAnsi="Times New Roman" w:cs="Times New Roman"/>
          <w:sz w:val="24"/>
          <w:szCs w:val="24"/>
        </w:rPr>
        <w:t>Errant religion can be the opiate of the people, and it constrained faith people who are waiting for Jesus to come all the way back in biblical times and sometimes some people in every century since, and it can create not common serenity and peace, as section 59 suggests we will, but a state of chronic urgency, like our Hanover College students and again, anxious generation, including me, that's not a healthy way to live. That's a little glimpse of the weird way I put it time is the zero principle of the gospel.</w:t>
      </w:r>
    </w:p>
    <w:p w14:paraId="14947528" w14:textId="58203FEC" w:rsidR="00B637A3" w:rsidRPr="00142492" w:rsidRDefault="00000000" w:rsidP="0050219C">
      <w:pPr>
        <w:spacing w:after="0" w:line="480" w:lineRule="auto"/>
        <w:ind w:firstLine="720"/>
        <w:rPr>
          <w:rFonts w:ascii="Times New Roman" w:hAnsi="Times New Roman" w:cs="Times New Roman"/>
          <w:sz w:val="24"/>
          <w:szCs w:val="24"/>
        </w:rPr>
      </w:pPr>
      <w:r w:rsidRPr="00142492">
        <w:rPr>
          <w:rFonts w:ascii="Times New Roman" w:hAnsi="Times New Roman" w:cs="Times New Roman"/>
          <w:sz w:val="24"/>
          <w:szCs w:val="24"/>
        </w:rPr>
        <w:t xml:space="preserve">It's a pleasure to be with you when I say unusual things like this about time, I'm loath to casually say in the name of Jesus Christ, amen, because, again, I'm just a kid from bountiful so I am going to end in the name of Jesus Christ, meaning, I hope these things stimulate some thoughts for how to be a better disciple, a more effective and more joyful disciple, even if Barlow was wrong about X or Y, it may stimulate thought because you are required by divine commandment to be creative and not to be </w:t>
      </w:r>
      <w:r w:rsidRPr="00142492">
        <w:rPr>
          <w:rFonts w:ascii="Times New Roman" w:hAnsi="Times New Roman" w:cs="Times New Roman"/>
          <w:sz w:val="24"/>
          <w:szCs w:val="24"/>
        </w:rPr>
        <w:lastRenderedPageBreak/>
        <w:t>commanded in all things, but to exercise creativity and agency. So go forth, my friends and do that. Thank you.</w:t>
      </w:r>
    </w:p>
    <w:sectPr w:rsidR="00B637A3" w:rsidRPr="00142492" w:rsidSect="001216B9">
      <w:footerReference w:type="even" r:id="rId8"/>
      <w:footerReference w:type="default" r:id="rId9"/>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311E7D" w14:textId="77777777" w:rsidR="006132C8" w:rsidRDefault="006132C8">
      <w:pPr>
        <w:spacing w:after="0" w:line="240" w:lineRule="auto"/>
      </w:pPr>
      <w:r>
        <w:separator/>
      </w:r>
    </w:p>
  </w:endnote>
  <w:endnote w:type="continuationSeparator" w:id="0">
    <w:p w14:paraId="43EF4249" w14:textId="77777777" w:rsidR="006132C8" w:rsidRDefault="006132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00000001" w:usb1="08070000" w:usb2="00000010" w:usb3="00000000" w:csb0="00020000" w:csb1="00000000"/>
  </w:font>
  <w:font w:name="Courier">
    <w:panose1 w:val="020703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72650680"/>
      <w:docPartObj>
        <w:docPartGallery w:val="Page Numbers (Bottom of Page)"/>
        <w:docPartUnique/>
      </w:docPartObj>
    </w:sdtPr>
    <w:sdtContent>
      <w:p w14:paraId="4665B53F"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Content>
      <w:p w14:paraId="46E71205"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9AB2561"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Arial" w:hAnsi="Arial" w:cs="Arial"/>
      </w:rPr>
      <w:id w:val="1113323662"/>
      <w:docPartObj>
        <w:docPartGallery w:val="Page Numbers (Bottom of Page)"/>
        <w:docPartUnique/>
      </w:docPartObj>
    </w:sdtPr>
    <w:sdtContent>
      <w:p w14:paraId="31321744"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69B3628B" w14:textId="278DE489"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0050219C" w:rsidRPr="009C3AF0">
      <w:rPr>
        <w:rFonts w:ascii="Arial" w:hAnsi="Arial" w:cs="Arial"/>
        <w:color w:val="BFBFBF" w:themeColor="background1" w:themeShade="BF"/>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9B28D1" w14:textId="77777777" w:rsidR="006132C8" w:rsidRDefault="006132C8">
      <w:pPr>
        <w:spacing w:after="0" w:line="240" w:lineRule="auto"/>
      </w:pPr>
      <w:r>
        <w:separator/>
      </w:r>
    </w:p>
  </w:footnote>
  <w:footnote w:type="continuationSeparator" w:id="0">
    <w:p w14:paraId="369B793A" w14:textId="77777777" w:rsidR="006132C8" w:rsidRDefault="006132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920820464">
    <w:abstractNumId w:val="8"/>
  </w:num>
  <w:num w:numId="2" w16cid:durableId="708383733">
    <w:abstractNumId w:val="6"/>
  </w:num>
  <w:num w:numId="3" w16cid:durableId="1718897405">
    <w:abstractNumId w:val="5"/>
  </w:num>
  <w:num w:numId="4" w16cid:durableId="1965308928">
    <w:abstractNumId w:val="4"/>
  </w:num>
  <w:num w:numId="5" w16cid:durableId="145783873">
    <w:abstractNumId w:val="7"/>
  </w:num>
  <w:num w:numId="6" w16cid:durableId="1137454870">
    <w:abstractNumId w:val="3"/>
  </w:num>
  <w:num w:numId="7" w16cid:durableId="1880241688">
    <w:abstractNumId w:val="2"/>
  </w:num>
  <w:num w:numId="8" w16cid:durableId="212080513">
    <w:abstractNumId w:val="1"/>
  </w:num>
  <w:num w:numId="9" w16cid:durableId="11607782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12434"/>
    <w:rsid w:val="00034616"/>
    <w:rsid w:val="00050A6B"/>
    <w:rsid w:val="0006063C"/>
    <w:rsid w:val="00066610"/>
    <w:rsid w:val="00083F87"/>
    <w:rsid w:val="001216B9"/>
    <w:rsid w:val="00142492"/>
    <w:rsid w:val="0015074B"/>
    <w:rsid w:val="001A5F08"/>
    <w:rsid w:val="001F109F"/>
    <w:rsid w:val="0022390B"/>
    <w:rsid w:val="0029639D"/>
    <w:rsid w:val="002C7FA7"/>
    <w:rsid w:val="002D7C2B"/>
    <w:rsid w:val="003148E0"/>
    <w:rsid w:val="00321EFA"/>
    <w:rsid w:val="00326F90"/>
    <w:rsid w:val="0042370C"/>
    <w:rsid w:val="004A641F"/>
    <w:rsid w:val="004B593C"/>
    <w:rsid w:val="004D0B95"/>
    <w:rsid w:val="0050219C"/>
    <w:rsid w:val="00554EEE"/>
    <w:rsid w:val="00591DAC"/>
    <w:rsid w:val="006132C8"/>
    <w:rsid w:val="00616099"/>
    <w:rsid w:val="00672DAC"/>
    <w:rsid w:val="00683E9D"/>
    <w:rsid w:val="006E2A8C"/>
    <w:rsid w:val="007749AF"/>
    <w:rsid w:val="00794EBC"/>
    <w:rsid w:val="008D6F80"/>
    <w:rsid w:val="00930F33"/>
    <w:rsid w:val="00942C53"/>
    <w:rsid w:val="009C3AF0"/>
    <w:rsid w:val="009E56A2"/>
    <w:rsid w:val="00A12EE5"/>
    <w:rsid w:val="00AA1D8D"/>
    <w:rsid w:val="00AF3434"/>
    <w:rsid w:val="00B11A24"/>
    <w:rsid w:val="00B47730"/>
    <w:rsid w:val="00B637A3"/>
    <w:rsid w:val="00B807D1"/>
    <w:rsid w:val="00BA4C2B"/>
    <w:rsid w:val="00BD0140"/>
    <w:rsid w:val="00C12479"/>
    <w:rsid w:val="00C24502"/>
    <w:rsid w:val="00C575B5"/>
    <w:rsid w:val="00CB0664"/>
    <w:rsid w:val="00D130AD"/>
    <w:rsid w:val="00D57E81"/>
    <w:rsid w:val="00E65F99"/>
    <w:rsid w:val="00ED3244"/>
    <w:rsid w:val="00F65743"/>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95CE0CD"/>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13</Pages>
  <Words>4100</Words>
  <Characters>23371</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27417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Ashley Pun Eveson</cp:lastModifiedBy>
  <cp:revision>11</cp:revision>
  <dcterms:created xsi:type="dcterms:W3CDTF">2019-09-10T23:59:00Z</dcterms:created>
  <dcterms:modified xsi:type="dcterms:W3CDTF">2025-05-06T22:29:00Z</dcterms:modified>
  <cp:category/>
</cp:coreProperties>
</file>